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B02DF0">
      <w:pPr>
        <w:pStyle w:val="aff1"/>
        <w:jc w:val="lef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color w:val="auto"/>
        </w:rPr>
        <w:t>応募様式第1号</w:t>
      </w:r>
    </w:p>
    <w:p w:rsidR="00B02DF0" w:rsidRPr="00292CDC" w:rsidRDefault="00B02DF0" w:rsidP="00B02DF0">
      <w:pPr>
        <w:pStyle w:val="aff0"/>
        <w:jc w:val="righ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  <w:szCs w:val="24"/>
        </w:rPr>
        <w:t>令和　　年　　月　　日</w:t>
      </w:r>
    </w:p>
    <w:p w:rsidR="00623A7E" w:rsidRPr="00292CDC" w:rsidRDefault="00623A7E" w:rsidP="003D705B">
      <w:pPr>
        <w:pStyle w:val="aff0"/>
        <w:spacing w:after="0" w:line="80" w:lineRule="exact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</w:p>
    <w:p w:rsidR="00A51866" w:rsidRPr="00292CDC" w:rsidRDefault="003D705B" w:rsidP="007218B7">
      <w:pPr>
        <w:pStyle w:val="aff0"/>
        <w:ind w:firstLineChars="100" w:firstLine="24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</w:rPr>
        <w:t>大館市長  石 田  健 佑   様</w:t>
      </w:r>
    </w:p>
    <w:p w:rsidR="003D705B" w:rsidRPr="00292CDC" w:rsidRDefault="003D705B" w:rsidP="003D705B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3D705B" w:rsidRPr="00292CDC" w:rsidRDefault="003D705B" w:rsidP="003D705B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3D705B" w:rsidRPr="00292CDC" w:rsidRDefault="003D705B" w:rsidP="003D705B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代表者職氏名　　　　　　　　　㊞</w:t>
      </w:r>
      <w:r w:rsidR="00FB7873"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　</w:t>
      </w:r>
    </w:p>
    <w:p w:rsidR="003D705B" w:rsidRPr="00292CDC" w:rsidRDefault="003D705B">
      <w:pPr>
        <w:pStyle w:val="aff0"/>
        <w:spacing w:after="0" w:line="80" w:lineRule="exact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A51866">
      <w:pPr>
        <w:pStyle w:val="aff0"/>
        <w:rPr>
          <w:rFonts w:asciiTheme="minorEastAsia" w:eastAsiaTheme="minorEastAsia" w:hAnsiTheme="minorEastAsia"/>
          <w:color w:val="auto"/>
          <w:sz w:val="36"/>
          <w:szCs w:val="36"/>
          <w:lang w:eastAsia="ja-JP"/>
        </w:rPr>
      </w:pPr>
      <w:bookmarkStart w:id="0" w:name="_GoBack"/>
      <w:bookmarkEnd w:id="0"/>
      <w:r w:rsidRPr="00292CDC">
        <w:rPr>
          <w:rFonts w:asciiTheme="minorEastAsia" w:eastAsiaTheme="minorEastAsia" w:hAnsiTheme="minorEastAsia"/>
          <w:color w:val="auto"/>
          <w:sz w:val="36"/>
          <w:szCs w:val="36"/>
          <w:lang w:eastAsia="ja-JP"/>
        </w:rPr>
        <w:t>参加申込書</w:t>
      </w:r>
    </w:p>
    <w:p w:rsidR="00A51866" w:rsidRPr="00292CDC" w:rsidRDefault="00A51866">
      <w:pPr>
        <w:pStyle w:val="aff0"/>
        <w:spacing w:after="0" w:line="80" w:lineRule="exact"/>
        <w:rPr>
          <w:rFonts w:asciiTheme="minorEastAsia" w:eastAsiaTheme="minorEastAsia" w:hAnsiTheme="minorEastAsia"/>
          <w:color w:val="auto"/>
          <w:lang w:eastAsia="ja-JP"/>
        </w:rPr>
      </w:pPr>
    </w:p>
    <w:p w:rsidR="00E7539A" w:rsidRPr="00292CDC" w:rsidRDefault="00E7539A" w:rsidP="00E7539A">
      <w:pPr>
        <w:pStyle w:val="aff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令和</w:t>
      </w:r>
      <w:r w:rsidRPr="00292CDC">
        <w:rPr>
          <w:rFonts w:asciiTheme="minorEastAsia" w:eastAsiaTheme="minorEastAsia" w:hAnsiTheme="minorEastAsia"/>
          <w:color w:val="auto"/>
          <w:lang w:eastAsia="ja-JP"/>
        </w:rPr>
        <w:t>8年</w:t>
      </w: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10</w:t>
      </w:r>
      <w:r w:rsidRPr="00292CDC">
        <w:rPr>
          <w:rFonts w:asciiTheme="minorEastAsia" w:eastAsiaTheme="minorEastAsia" w:hAnsiTheme="minorEastAsia"/>
          <w:color w:val="auto"/>
          <w:lang w:eastAsia="ja-JP"/>
        </w:rPr>
        <w:t>月</w:t>
      </w: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2</w:t>
      </w:r>
      <w:r w:rsidRPr="00292CDC">
        <w:rPr>
          <w:rFonts w:asciiTheme="minorEastAsia" w:eastAsiaTheme="minorEastAsia" w:hAnsiTheme="minorEastAsia"/>
          <w:color w:val="auto"/>
          <w:lang w:eastAsia="ja-JP"/>
        </w:rPr>
        <w:t>3日付けで公告のあった、大館市</w:t>
      </w: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フロントヤード改革伴走支援業務</w:t>
      </w:r>
      <w:r w:rsidRPr="00292CDC">
        <w:rPr>
          <w:rFonts w:asciiTheme="minorEastAsia" w:eastAsiaTheme="minorEastAsia" w:hAnsiTheme="minorEastAsia"/>
          <w:color w:val="auto"/>
          <w:lang w:eastAsia="ja-JP"/>
        </w:rPr>
        <w:t>に係る公募型プロポーザル方式に参加したく、プロポーザル実施要綱に定める事項を了承し、本業務のプロポーザルへの参加を申し込みます。</w:t>
      </w:r>
    </w:p>
    <w:p w:rsidR="00EF3EA3" w:rsidRPr="00292CDC" w:rsidRDefault="00EF3EA3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p w:rsidR="00925668" w:rsidRPr="00292CDC" w:rsidRDefault="00925668" w:rsidP="00925668">
      <w:pPr>
        <w:pStyle w:val="aff"/>
        <w:ind w:firstLineChars="100" w:firstLine="240"/>
        <w:jc w:val="center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記</w:t>
      </w:r>
    </w:p>
    <w:p w:rsidR="00925668" w:rsidRPr="00292CDC" w:rsidRDefault="00925668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p w:rsidR="00925668" w:rsidRPr="00292CDC" w:rsidRDefault="00925668">
      <w:pPr>
        <w:pStyle w:val="aff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業務名</w:t>
      </w:r>
      <w:r w:rsidR="00B02DF0" w:rsidRPr="00292CDC">
        <w:rPr>
          <w:rFonts w:asciiTheme="minorEastAsia" w:eastAsiaTheme="minorEastAsia" w:hAnsiTheme="minorEastAsia" w:hint="eastAsia"/>
          <w:color w:val="auto"/>
          <w:lang w:eastAsia="ja-JP"/>
        </w:rPr>
        <w:t xml:space="preserve">　</w:t>
      </w: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：</w:t>
      </w:r>
      <w:r w:rsidR="00B02DF0" w:rsidRPr="00292CDC">
        <w:rPr>
          <w:rFonts w:asciiTheme="minorEastAsia" w:eastAsiaTheme="minorEastAsia" w:hAnsiTheme="minorEastAsia" w:hint="eastAsia"/>
          <w:color w:val="auto"/>
          <w:lang w:eastAsia="ja-JP"/>
        </w:rPr>
        <w:t xml:space="preserve">　</w:t>
      </w: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大館市フロントヤード改革伴走支援業務</w:t>
      </w:r>
    </w:p>
    <w:p w:rsidR="00E7539A" w:rsidRPr="00292CDC" w:rsidRDefault="00E7539A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p w:rsidR="00A51866" w:rsidRPr="00292CDC" w:rsidRDefault="00A51866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519"/>
      </w:tblGrid>
      <w:tr w:rsidR="00292CDC" w:rsidRPr="00292CDC" w:rsidTr="00B02DF0">
        <w:trPr>
          <w:cantSplit/>
          <w:trHeight w:val="567"/>
          <w:tblHeader/>
          <w:jc w:val="center"/>
        </w:trPr>
        <w:tc>
          <w:tcPr>
            <w:tcW w:w="2835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項</w:t>
            </w:r>
            <w:r w:rsidR="00B02DF0" w:rsidRPr="00292CDC">
              <w:rPr>
                <w:rFonts w:asciiTheme="minorEastAsia" w:eastAsiaTheme="minorEastAsia" w:hAnsiTheme="minorEastAsia" w:hint="eastAsia"/>
                <w:b/>
                <w:color w:val="auto"/>
                <w:lang w:eastAsia="ja-JP"/>
              </w:rPr>
              <w:t xml:space="preserve">　</w:t>
            </w: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目</w:t>
            </w:r>
          </w:p>
        </w:tc>
        <w:tc>
          <w:tcPr>
            <w:tcW w:w="6519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記入欄</w:t>
            </w:r>
          </w:p>
        </w:tc>
      </w:tr>
      <w:tr w:rsidR="00292CDC" w:rsidRPr="00292CDC" w:rsidTr="00B02DF0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B02DF0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lang w:eastAsia="ja-JP"/>
              </w:rPr>
              <w:t>参加形態</w:t>
            </w:r>
          </w:p>
          <w:p w:rsidR="00EF3EA3" w:rsidRPr="00292CDC" w:rsidRDefault="00B02DF0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sz w:val="21"/>
                <w:lang w:eastAsia="ja-JP"/>
              </w:rPr>
              <w:t>（単独・共同事業体）</w:t>
            </w:r>
          </w:p>
        </w:tc>
        <w:tc>
          <w:tcPr>
            <w:tcW w:w="6519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</w:p>
        </w:tc>
      </w:tr>
      <w:tr w:rsidR="00292CDC" w:rsidRPr="00292CDC" w:rsidTr="00B02DF0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担当部署・担当者名</w:t>
            </w:r>
            <w:proofErr w:type="spellEnd"/>
          </w:p>
        </w:tc>
        <w:tc>
          <w:tcPr>
            <w:tcW w:w="6519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B02DF0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電話番号</w:t>
            </w:r>
          </w:p>
        </w:tc>
        <w:tc>
          <w:tcPr>
            <w:tcW w:w="6519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B02DF0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7539A" w:rsidRPr="00292CDC" w:rsidRDefault="00E7539A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>FAX番号</w:t>
            </w:r>
          </w:p>
        </w:tc>
        <w:tc>
          <w:tcPr>
            <w:tcW w:w="6519" w:type="dxa"/>
            <w:vAlign w:val="center"/>
          </w:tcPr>
          <w:p w:rsidR="00E7539A" w:rsidRPr="00292CDC" w:rsidRDefault="00E7539A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 w:rsidTr="00B02DF0">
        <w:trPr>
          <w:cantSplit/>
          <w:trHeight w:val="567"/>
          <w:jc w:val="center"/>
        </w:trPr>
        <w:tc>
          <w:tcPr>
            <w:tcW w:w="2835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電子メールアドレス</w:t>
            </w:r>
            <w:proofErr w:type="spellEnd"/>
          </w:p>
        </w:tc>
        <w:tc>
          <w:tcPr>
            <w:tcW w:w="6519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EF3EA3" w:rsidRPr="00292CDC" w:rsidRDefault="00A51866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共同事業体の場合は、代表構成員、構成員名及び役割分担を記載した別紙を添付してください。</w:t>
      </w:r>
    </w:p>
    <w:p w:rsidR="00623A7E" w:rsidRPr="00292CDC" w:rsidRDefault="00623A7E">
      <w:pPr>
        <w:spacing w:after="0" w:line="80" w:lineRule="exact"/>
        <w:rPr>
          <w:rFonts w:asciiTheme="minorEastAsia" w:eastAsiaTheme="minorEastAsia" w:hAnsiTheme="minorEastAsia"/>
          <w:lang w:eastAsia="ja-JP"/>
        </w:rPr>
      </w:pPr>
    </w:p>
    <w:p w:rsidR="007218B7" w:rsidRPr="00292CDC" w:rsidRDefault="007218B7">
      <w:pPr>
        <w:spacing w:after="0" w:line="80" w:lineRule="exact"/>
        <w:rPr>
          <w:rFonts w:asciiTheme="minorEastAsia" w:eastAsiaTheme="minorEastAsia" w:hAnsiTheme="minorEastAsia"/>
          <w:lang w:eastAsia="ja-JP"/>
        </w:rPr>
      </w:pP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