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3EA3" w:rsidRPr="00292CDC" w:rsidRDefault="00A51866" w:rsidP="00B02DF0">
      <w:pPr>
        <w:pStyle w:val="aff1"/>
        <w:jc w:val="left"/>
        <w:rPr>
          <w:rFonts w:asciiTheme="minorEastAsia" w:eastAsiaTheme="minorEastAsia" w:hAnsiTheme="minorEastAsia"/>
          <w:color w:val="auto"/>
        </w:rPr>
      </w:pPr>
      <w:r w:rsidRPr="00292CDC">
        <w:rPr>
          <w:rFonts w:asciiTheme="minorEastAsia" w:eastAsiaTheme="minorEastAsia" w:hAnsiTheme="minorEastAsia"/>
          <w:color w:val="auto"/>
        </w:rPr>
        <w:t>応募様式第2号</w:t>
      </w:r>
    </w:p>
    <w:p w:rsidR="00B02DF0" w:rsidRPr="00292CDC" w:rsidRDefault="00B02DF0" w:rsidP="00B02DF0">
      <w:pPr>
        <w:pStyle w:val="aff0"/>
        <w:jc w:val="right"/>
        <w:rPr>
          <w:rFonts w:asciiTheme="minorEastAsia" w:eastAsiaTheme="minorEastAsia" w:hAnsiTheme="minorEastAsia"/>
          <w:color w:val="auto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  <w:szCs w:val="24"/>
        </w:rPr>
        <w:t>令和　　年　　月　　日</w:t>
      </w:r>
    </w:p>
    <w:p w:rsidR="00623A7E" w:rsidRPr="00292CDC" w:rsidRDefault="00623A7E" w:rsidP="00B02DF0">
      <w:pPr>
        <w:pStyle w:val="aff0"/>
        <w:spacing w:after="0" w:line="80" w:lineRule="exact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</w:p>
    <w:p w:rsidR="00D07C5D" w:rsidRPr="00292CDC" w:rsidRDefault="00D07C5D" w:rsidP="00D07C5D">
      <w:pPr>
        <w:pStyle w:val="aff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/>
          <w:b w:val="0"/>
          <w:color w:val="auto"/>
          <w:sz w:val="24"/>
        </w:rPr>
        <w:t>大館市長  石 田  健 佑   様</w:t>
      </w:r>
    </w:p>
    <w:p w:rsidR="00B02DF0" w:rsidRPr="00292CDC" w:rsidRDefault="00B02DF0" w:rsidP="00B02DF0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所在地</w:t>
      </w:r>
    </w:p>
    <w:p w:rsidR="00B02DF0" w:rsidRPr="00292CDC" w:rsidRDefault="00B02DF0" w:rsidP="00B02DF0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>商号又は名称</w:t>
      </w:r>
    </w:p>
    <w:p w:rsidR="00B02DF0" w:rsidRPr="00292CDC" w:rsidRDefault="00B02DF0" w:rsidP="00B02DF0">
      <w:pPr>
        <w:pStyle w:val="aff0"/>
        <w:ind w:leftChars="2600" w:left="5720"/>
        <w:jc w:val="left"/>
        <w:rPr>
          <w:rFonts w:asciiTheme="minorEastAsia" w:eastAsiaTheme="minorEastAsia" w:hAnsiTheme="minorEastAsia"/>
          <w:b w:val="0"/>
          <w:color w:val="auto"/>
          <w:sz w:val="24"/>
          <w:lang w:eastAsia="ja-JP"/>
        </w:rPr>
      </w:pPr>
      <w:r w:rsidRPr="00292CDC">
        <w:rPr>
          <w:rFonts w:asciiTheme="minorEastAsia" w:eastAsiaTheme="minorEastAsia" w:hAnsiTheme="minorEastAsia" w:hint="eastAsia"/>
          <w:b w:val="0"/>
          <w:color w:val="auto"/>
          <w:sz w:val="24"/>
          <w:lang w:eastAsia="ja-JP"/>
        </w:rPr>
        <w:t xml:space="preserve">代表者職氏名　　　　　　　　　㊞　</w:t>
      </w:r>
    </w:p>
    <w:p w:rsidR="00D4777D" w:rsidRPr="00292CDC" w:rsidRDefault="00D4777D">
      <w:pPr>
        <w:pStyle w:val="aff0"/>
        <w:spacing w:after="0" w:line="80" w:lineRule="exact"/>
        <w:rPr>
          <w:rFonts w:asciiTheme="minorEastAsia" w:eastAsiaTheme="minorEastAsia" w:hAnsiTheme="minorEastAsia"/>
          <w:color w:val="auto"/>
          <w:lang w:eastAsia="ja-JP"/>
        </w:rPr>
      </w:pPr>
    </w:p>
    <w:p w:rsidR="00EF3EA3" w:rsidRPr="00292CDC" w:rsidRDefault="00A51866">
      <w:pPr>
        <w:pStyle w:val="aff0"/>
        <w:rPr>
          <w:rFonts w:asciiTheme="minorEastAsia" w:eastAsiaTheme="minorEastAsia" w:hAnsiTheme="minorEastAsia"/>
          <w:color w:val="auto"/>
          <w:sz w:val="36"/>
        </w:rPr>
      </w:pPr>
      <w:r w:rsidRPr="00292CDC">
        <w:rPr>
          <w:rFonts w:asciiTheme="minorEastAsia" w:eastAsiaTheme="minorEastAsia" w:hAnsiTheme="minorEastAsia"/>
          <w:color w:val="auto"/>
          <w:sz w:val="36"/>
        </w:rPr>
        <w:t>会社概要書</w:t>
      </w:r>
    </w:p>
    <w:p w:rsidR="00A51866" w:rsidRPr="00292CDC" w:rsidRDefault="00A51866">
      <w:pPr>
        <w:pStyle w:val="aff"/>
        <w:spacing w:after="0" w:line="80" w:lineRule="exact"/>
        <w:jc w:val="center"/>
        <w:rPr>
          <w:rFonts w:asciiTheme="minorEastAsia" w:eastAsiaTheme="minorEastAsia" w:hAnsiTheme="minorEastAsia"/>
          <w:color w:val="auto"/>
          <w:lang w:eastAsia="ja-JP"/>
        </w:rPr>
      </w:pP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087"/>
      </w:tblGrid>
      <w:tr w:rsidR="00292CDC" w:rsidRPr="00292CDC">
        <w:trPr>
          <w:cantSplit/>
          <w:trHeight w:val="567"/>
          <w:tblHeader/>
          <w:jc w:val="center"/>
        </w:trPr>
        <w:tc>
          <w:tcPr>
            <w:tcW w:w="2551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項</w:t>
            </w:r>
            <w:r w:rsidR="00B02DF0" w:rsidRPr="00292CDC">
              <w:rPr>
                <w:rFonts w:asciiTheme="minorEastAsia" w:eastAsiaTheme="minorEastAsia" w:hAnsiTheme="minorEastAsia" w:hint="eastAsia"/>
                <w:b/>
                <w:color w:val="auto"/>
                <w:lang w:eastAsia="ja-JP"/>
              </w:rPr>
              <w:t xml:space="preserve">　</w:t>
            </w: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目</w:t>
            </w:r>
          </w:p>
        </w:tc>
        <w:tc>
          <w:tcPr>
            <w:tcW w:w="7087" w:type="dxa"/>
            <w:shd w:val="clear" w:color="auto" w:fill="EAEAEA"/>
            <w:vAlign w:val="center"/>
          </w:tcPr>
          <w:p w:rsidR="00EF3EA3" w:rsidRPr="00292CDC" w:rsidRDefault="00A51866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292CDC">
              <w:rPr>
                <w:rFonts w:asciiTheme="minorEastAsia" w:eastAsiaTheme="minorEastAsia" w:hAnsiTheme="minorEastAsia"/>
                <w:b/>
                <w:color w:val="auto"/>
              </w:rPr>
              <w:t>記入欄</w:t>
            </w: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法人名</w:t>
            </w:r>
            <w:proofErr w:type="spellEnd"/>
            <w:r w:rsidR="00D4777D" w:rsidRPr="00292CDC">
              <w:rPr>
                <w:rFonts w:asciiTheme="minorEastAsia" w:eastAsiaTheme="minorEastAsia" w:hAnsiTheme="minorEastAsia" w:hint="eastAsia"/>
                <w:color w:val="auto"/>
                <w:sz w:val="22"/>
                <w:lang w:eastAsia="ja-JP"/>
              </w:rPr>
              <w:t>（会社名）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D4777D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本</w:t>
            </w:r>
            <w:r w:rsidRPr="00292CDC">
              <w:rPr>
                <w:rFonts w:asciiTheme="minorEastAsia" w:eastAsiaTheme="minorEastAsia" w:hAnsiTheme="minorEastAsia" w:hint="eastAsia"/>
                <w:color w:val="auto"/>
                <w:sz w:val="22"/>
                <w:lang w:eastAsia="ja-JP"/>
              </w:rPr>
              <w:t>社</w:t>
            </w:r>
            <w:r w:rsidR="00A51866"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所在地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代表者職・氏名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設立年月日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資本金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従業員数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主要事業内容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  <w:lang w:eastAsia="ja-JP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  <w:lang w:eastAsia="ja-JP"/>
              </w:rPr>
              <w:t>本業務を担当する拠点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D4777D" w:rsidRPr="00292CDC" w:rsidRDefault="00D4777D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  <w:lang w:eastAsia="ja-JP"/>
              </w:rPr>
            </w:pPr>
            <w:r w:rsidRPr="00292CDC">
              <w:rPr>
                <w:rFonts w:asciiTheme="minorEastAsia" w:eastAsiaTheme="minorEastAsia" w:hAnsiTheme="minorEastAsia" w:hint="eastAsia"/>
                <w:color w:val="auto"/>
                <w:sz w:val="22"/>
                <w:lang w:eastAsia="ja-JP"/>
              </w:rPr>
              <w:t>同上住所</w:t>
            </w:r>
          </w:p>
        </w:tc>
        <w:tc>
          <w:tcPr>
            <w:tcW w:w="7087" w:type="dxa"/>
            <w:vAlign w:val="center"/>
          </w:tcPr>
          <w:p w:rsidR="00D4777D" w:rsidRPr="00292CDC" w:rsidRDefault="00D4777D">
            <w:pPr>
              <w:pStyle w:val="aff2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D4777D" w:rsidRPr="00292CDC" w:rsidRDefault="00D4777D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  <w:lang w:eastAsia="ja-JP"/>
              </w:rPr>
            </w:pPr>
            <w:r w:rsidRPr="00292CDC">
              <w:rPr>
                <w:rFonts w:asciiTheme="minorEastAsia" w:eastAsiaTheme="minorEastAsia" w:hAnsiTheme="minorEastAsia" w:hint="eastAsia"/>
                <w:color w:val="auto"/>
                <w:sz w:val="22"/>
                <w:lang w:eastAsia="ja-JP"/>
              </w:rPr>
              <w:t>同上代表者職氏名</w:t>
            </w:r>
          </w:p>
        </w:tc>
        <w:tc>
          <w:tcPr>
            <w:tcW w:w="7087" w:type="dxa"/>
            <w:vAlign w:val="center"/>
          </w:tcPr>
          <w:p w:rsidR="00D4777D" w:rsidRPr="00292CDC" w:rsidRDefault="00D4777D">
            <w:pPr>
              <w:pStyle w:val="aff2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D4777D" w:rsidRPr="00292CDC" w:rsidRDefault="00D4777D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  <w:lang w:eastAsia="ja-JP"/>
              </w:rPr>
            </w:pPr>
            <w:r w:rsidRPr="00292CDC">
              <w:rPr>
                <w:rFonts w:asciiTheme="minorEastAsia" w:eastAsiaTheme="minorEastAsia" w:hAnsiTheme="minorEastAsia" w:hint="eastAsia"/>
                <w:color w:val="auto"/>
                <w:sz w:val="22"/>
                <w:lang w:eastAsia="ja-JP"/>
              </w:rPr>
              <w:t>同上担当従業員数</w:t>
            </w:r>
          </w:p>
        </w:tc>
        <w:tc>
          <w:tcPr>
            <w:tcW w:w="7087" w:type="dxa"/>
            <w:vAlign w:val="center"/>
          </w:tcPr>
          <w:p w:rsidR="00D4777D" w:rsidRPr="00292CDC" w:rsidRDefault="00D4777D">
            <w:pPr>
              <w:pStyle w:val="aff2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  <w:lang w:eastAsia="ja-JP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  <w:lang w:eastAsia="ja-JP"/>
              </w:rPr>
              <w:t>情報セキュリティ体制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  <w:lang w:eastAsia="ja-JP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proofErr w:type="spellStart"/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担当部署・担当者名</w:t>
            </w:r>
            <w:proofErr w:type="spellEnd"/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  <w:tr w:rsidR="00292CDC" w:rsidRPr="00292CDC">
        <w:trPr>
          <w:cantSplit/>
          <w:trHeight w:val="567"/>
          <w:jc w:val="center"/>
        </w:trPr>
        <w:tc>
          <w:tcPr>
            <w:tcW w:w="2551" w:type="dxa"/>
            <w:vAlign w:val="center"/>
          </w:tcPr>
          <w:p w:rsidR="00EF3EA3" w:rsidRPr="00292CDC" w:rsidRDefault="00A51866" w:rsidP="007218B7">
            <w:pPr>
              <w:pStyle w:val="aff2"/>
              <w:jc w:val="center"/>
              <w:rPr>
                <w:rFonts w:asciiTheme="minorEastAsia" w:eastAsiaTheme="minorEastAsia" w:hAnsiTheme="minorEastAsia"/>
                <w:color w:val="auto"/>
                <w:sz w:val="22"/>
              </w:rPr>
            </w:pPr>
            <w:r w:rsidRPr="00292CDC">
              <w:rPr>
                <w:rFonts w:asciiTheme="minorEastAsia" w:eastAsiaTheme="minorEastAsia" w:hAnsiTheme="minorEastAsia"/>
                <w:color w:val="auto"/>
                <w:sz w:val="22"/>
              </w:rPr>
              <w:t>電話・電子メール</w:t>
            </w:r>
          </w:p>
        </w:tc>
        <w:tc>
          <w:tcPr>
            <w:tcW w:w="7087" w:type="dxa"/>
            <w:vAlign w:val="center"/>
          </w:tcPr>
          <w:p w:rsidR="00EF3EA3" w:rsidRPr="00292CDC" w:rsidRDefault="00EF3EA3">
            <w:pPr>
              <w:pStyle w:val="aff2"/>
              <w:rPr>
                <w:rFonts w:asciiTheme="minorEastAsia" w:eastAsiaTheme="minorEastAsia" w:hAnsiTheme="minorEastAsia"/>
                <w:color w:val="auto"/>
              </w:rPr>
            </w:pPr>
          </w:p>
        </w:tc>
      </w:tr>
    </w:tbl>
    <w:p w:rsidR="00EF3EA3" w:rsidRPr="00292CDC" w:rsidRDefault="00A51866">
      <w:pPr>
        <w:pStyle w:val="aff"/>
        <w:ind w:firstLineChars="100" w:firstLine="220"/>
        <w:rPr>
          <w:rFonts w:asciiTheme="minorEastAsia" w:eastAsiaTheme="minorEastAsia" w:hAnsiTheme="minorEastAsia"/>
          <w:color w:val="auto"/>
          <w:sz w:val="22"/>
          <w:lang w:eastAsia="ja-JP"/>
        </w:rPr>
      </w:pPr>
      <w:r w:rsidRPr="00292CDC">
        <w:rPr>
          <w:rFonts w:asciiTheme="minorEastAsia" w:eastAsiaTheme="minorEastAsia" w:hAnsiTheme="minorEastAsia"/>
          <w:color w:val="auto"/>
          <w:sz w:val="22"/>
          <w:lang w:eastAsia="ja-JP"/>
        </w:rPr>
        <w:t>共同事業体の場合は、各構成員について本様式を作成してください。必要に応じて会社案内等を添付できます。</w:t>
      </w:r>
    </w:p>
    <w:p w:rsidR="00623A7E" w:rsidRPr="00292CDC" w:rsidRDefault="00623A7E">
      <w:pPr>
        <w:spacing w:after="0" w:line="80" w:lineRule="exact"/>
        <w:rPr>
          <w:rFonts w:asciiTheme="minorEastAsia" w:eastAsiaTheme="minorEastAsia" w:hAnsiTheme="minorEastAsia"/>
          <w:sz w:val="24"/>
          <w:lang w:eastAsia="ja-JP"/>
        </w:rPr>
      </w:pPr>
    </w:p>
    <w:sectPr w:rsidR="00EF3EA3" w:rsidRPr="00292CD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21B1" w:rsidRDefault="006B21B1" w:rsidP="006B21B1">
      <w:pPr>
        <w:spacing w:after="0" w:line="240" w:lineRule="auto"/>
      </w:pPr>
      <w:r>
        <w:separator/>
      </w:r>
    </w:p>
  </w:endnote>
  <w:end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21B1" w:rsidRDefault="006B21B1" w:rsidP="006B21B1">
      <w:pPr>
        <w:spacing w:after="0" w:line="240" w:lineRule="auto"/>
      </w:pPr>
      <w:r>
        <w:separator/>
      </w:r>
    </w:p>
  </w:footnote>
  <w:footnote w:type="continuationSeparator" w:id="0">
    <w:p w:rsidR="006B21B1" w:rsidRDefault="006B21B1" w:rsidP="006B21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・"/>
      <w:lvlJc w:val="left"/>
      <w:pPr>
        <w:tabs>
          <w:tab w:val="num" w:pos="1440"/>
        </w:tabs>
        <w:ind w:left="1440" w:hanging="360"/>
      </w:pPr>
      <w:rPr>
        <w:rFonts w:ascii="ＭＳ 明朝" w:eastAsia="ＭＳ 明朝" w:hAnsi="ＭＳ 明朝" w:cs="ＭＳ 明朝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・"/>
      <w:lvlJc w:val="left"/>
      <w:pPr>
        <w:tabs>
          <w:tab w:val="num" w:pos="1080"/>
        </w:tabs>
        <w:ind w:left="1080" w:hanging="360"/>
      </w:pPr>
      <w:rPr>
        <w:rFonts w:ascii="ＭＳ 明朝" w:eastAsia="ＭＳ 明朝" w:hAnsi="ＭＳ 明朝" w:cs="ＭＳ 明朝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・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ＭＳ 明朝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F3F"/>
    <w:rsid w:val="0006063C"/>
    <w:rsid w:val="000776B9"/>
    <w:rsid w:val="000C0CAE"/>
    <w:rsid w:val="000F717B"/>
    <w:rsid w:val="001336AB"/>
    <w:rsid w:val="0015074B"/>
    <w:rsid w:val="00155E9E"/>
    <w:rsid w:val="001F7CEE"/>
    <w:rsid w:val="00292CDC"/>
    <w:rsid w:val="0029639D"/>
    <w:rsid w:val="002D40C1"/>
    <w:rsid w:val="00326F90"/>
    <w:rsid w:val="003D705B"/>
    <w:rsid w:val="00412EC2"/>
    <w:rsid w:val="00427493"/>
    <w:rsid w:val="00623A7E"/>
    <w:rsid w:val="006B21B1"/>
    <w:rsid w:val="006E37D3"/>
    <w:rsid w:val="007218B7"/>
    <w:rsid w:val="0079395C"/>
    <w:rsid w:val="00925668"/>
    <w:rsid w:val="00957AD2"/>
    <w:rsid w:val="00A51866"/>
    <w:rsid w:val="00AA1D8D"/>
    <w:rsid w:val="00AB4813"/>
    <w:rsid w:val="00B02DF0"/>
    <w:rsid w:val="00B150E6"/>
    <w:rsid w:val="00B47730"/>
    <w:rsid w:val="00BE743D"/>
    <w:rsid w:val="00CB0664"/>
    <w:rsid w:val="00D07C5D"/>
    <w:rsid w:val="00D44099"/>
    <w:rsid w:val="00D4777D"/>
    <w:rsid w:val="00D715FD"/>
    <w:rsid w:val="00E7539A"/>
    <w:rsid w:val="00EF3EA3"/>
    <w:rsid w:val="00FB787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docId w15:val="{51C7E698-70F2-4AE8-9417-D9EC81574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ＭＳ 明朝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  <w:rPr>
      <w:rFonts w:ascii="ＭＳ 明朝" w:eastAsia="ＭＳ 明朝" w:hAnsi="ＭＳ 明朝" w:cs="ＭＳ 明朝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  <w:rPr>
      <w:rFonts w:ascii="ＭＳ 明朝" w:eastAsia="ＭＳ 明朝" w:hAnsi="ＭＳ 明朝" w:cs="ＭＳ 明朝"/>
    </w:rPr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="ＭＳ 明朝" w:eastAsia="ＭＳ 明朝" w:hAnsi="ＭＳ 明朝" w:cs="ＭＳ 明朝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ＭＳ 明朝" w:eastAsia="ＭＳ 明朝" w:hAnsi="ＭＳ 明朝" w:cs="ＭＳ 明朝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ＭＳ 明朝" w:eastAsia="ＭＳ 明朝" w:hAnsi="ＭＳ 明朝" w:cs="ＭＳ 明朝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ＭＳ 明朝" w:eastAsia="ＭＳ 明朝" w:hAnsi="ＭＳ 明朝" w:cs="ＭＳ 明朝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ＭＳ 明朝" w:eastAsia="ＭＳ 明朝" w:hAnsi="ＭＳ 明朝" w:cs="ＭＳ 明朝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  <w:rPr>
      <w:rFonts w:ascii="ＭＳ 明朝" w:eastAsia="ＭＳ 明朝" w:hAnsi="ＭＳ 明朝" w:cs="ＭＳ 明朝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  <w:rPr>
      <w:rFonts w:ascii="ＭＳ 明朝" w:eastAsia="ＭＳ 明朝" w:hAnsi="ＭＳ 明朝" w:cs="ＭＳ 明朝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rFonts w:ascii="ＭＳ 明朝" w:eastAsia="ＭＳ 明朝" w:hAnsi="ＭＳ 明朝" w:cs="ＭＳ 明朝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ＭＳ 明朝" w:eastAsia="ＭＳ 明朝" w:hAnsi="ＭＳ 明朝" w:cs="ＭＳ 明朝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ＭＳ 明朝" w:eastAsia="ＭＳ 明朝" w:hAnsi="ＭＳ 明朝" w:cs="ＭＳ 明朝"/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ＭＳ 明朝" w:eastAsia="ＭＳ 明朝" w:hAnsi="ＭＳ 明朝" w:cs="ＭＳ 明朝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ＭＳ 明朝" w:eastAsia="ＭＳ 明朝" w:hAnsi="ＭＳ 明朝" w:cs="ＭＳ 明朝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ＭＳ 明朝" w:eastAsia="ＭＳ 明朝" w:hAnsi="ＭＳ 明朝" w:cs="ＭＳ 明朝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ＭＳ 明朝" w:eastAsia="ＭＳ 明朝" w:hAnsi="ＭＳ 明朝" w:cs="ＭＳ 明朝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ＭＳ 明朝" w:eastAsia="ＭＳ 明朝" w:hAnsi="ＭＳ 明朝" w:cs="ＭＳ 明朝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ＭＳ 明朝" w:eastAsia="ＭＳ 明朝" w:hAnsi="ＭＳ 明朝" w:cs="ＭＳ 明朝"/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ＭＳ 明朝" w:eastAsia="ＭＳ 明朝" w:hAnsi="ＭＳ 明朝" w:cs="ＭＳ 明朝"/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rFonts w:ascii="ＭＳ 明朝" w:eastAsia="ＭＳ 明朝" w:hAnsi="ＭＳ 明朝" w:cs="ＭＳ 明朝"/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rFonts w:ascii="ＭＳ 明朝" w:eastAsia="ＭＳ 明朝" w:hAnsi="ＭＳ 明朝" w:cs="ＭＳ 明朝"/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ＭＳ 明朝" w:eastAsia="ＭＳ 明朝" w:hAnsi="ＭＳ 明朝" w:cs="ＭＳ 明朝"/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ＭＳ 明朝" w:eastAsia="ＭＳ 明朝" w:hAnsi="ＭＳ 明朝" w:cs="ＭＳ 明朝"/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ＭＳ 明朝" w:eastAsia="ＭＳ 明朝" w:hAnsi="ＭＳ 明朝" w:cs="ＭＳ 明朝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ＭＳ 明朝" w:eastAsia="ＭＳ 明朝" w:hAnsi="ＭＳ 明朝" w:cs="ＭＳ 明朝"/>
        <w:b/>
        <w:bCs/>
      </w:rPr>
    </w:tblStylePr>
    <w:tblStylePr w:type="lastCol">
      <w:rPr>
        <w:rFonts w:ascii="ＭＳ 明朝" w:eastAsia="ＭＳ 明朝" w:hAnsi="ＭＳ 明朝" w:cs="ＭＳ 明朝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ＭＳ 明朝" w:eastAsia="ＭＳ 明朝" w:hAnsi="ＭＳ 明朝" w:cs="ＭＳ 明朝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">
    <w:name w:val="応募本文"/>
    <w:pPr>
      <w:spacing w:after="80" w:line="264" w:lineRule="auto"/>
    </w:pPr>
    <w:rPr>
      <w:color w:val="000000"/>
      <w:sz w:val="24"/>
    </w:rPr>
  </w:style>
  <w:style w:type="paragraph" w:customStyle="1" w:styleId="aff0">
    <w:name w:val="応募見出し"/>
    <w:pPr>
      <w:spacing w:after="80" w:line="264" w:lineRule="auto"/>
      <w:jc w:val="center"/>
    </w:pPr>
    <w:rPr>
      <w:b/>
      <w:color w:val="000000"/>
      <w:sz w:val="28"/>
    </w:rPr>
  </w:style>
  <w:style w:type="paragraph" w:customStyle="1" w:styleId="aff1">
    <w:name w:val="応募番号"/>
    <w:pPr>
      <w:spacing w:after="80" w:line="264" w:lineRule="auto"/>
      <w:jc w:val="right"/>
    </w:pPr>
    <w:rPr>
      <w:color w:val="000000"/>
      <w:sz w:val="24"/>
    </w:rPr>
  </w:style>
  <w:style w:type="paragraph" w:customStyle="1" w:styleId="aff2">
    <w:name w:val="応募セル"/>
    <w:pPr>
      <w:spacing w:after="0" w:line="264" w:lineRule="auto"/>
    </w:pPr>
    <w:rPr>
      <w:color w:val="000000"/>
      <w:sz w:val="24"/>
    </w:rPr>
  </w:style>
  <w:style w:type="paragraph" w:styleId="aff3">
    <w:name w:val="Balloon Text"/>
    <w:basedOn w:val="a1"/>
    <w:link w:val="aff4"/>
    <w:uiPriority w:val="99"/>
    <w:semiHidden/>
    <w:unhideWhenUsed/>
    <w:rsid w:val="00D07C5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2"/>
    <w:link w:val="aff3"/>
    <w:uiPriority w:val="99"/>
    <w:semiHidden/>
    <w:rsid w:val="00D07C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8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0DCF90A-EE41-48CC-A22E-023583BCD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466</Words>
  <Characters>2658</Characters>
  <DocSecurity>0</DocSecurity>
  <Lines>22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大館市フロントヤード改革伴走支援業務 応募様式</vt:lpstr>
      <vt:lpstr/>
    </vt:vector>
  </TitlesOfParts>
  <Manager/>
  <Company/>
  <LinksUpToDate>false</LinksUpToDate>
  <CharactersWithSpaces>3118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2026-10-22T01:47:00Z</cp:lastPrinted>
  <dcterms:created xsi:type="dcterms:W3CDTF">2026-10-22T00:19:00Z</dcterms:created>
  <dcterms:modified xsi:type="dcterms:W3CDTF">2026-10-22T10:37:00Z</dcterms:modified>
  <cp:category/>
</cp:coreProperties>
</file>