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EA3" w:rsidRPr="00292CDC" w:rsidRDefault="00A51866" w:rsidP="00B02DF0">
      <w:pPr>
        <w:pStyle w:val="aff1"/>
        <w:jc w:val="left"/>
        <w:rPr>
          <w:rFonts w:asciiTheme="minorEastAsia" w:eastAsiaTheme="minorEastAsia" w:hAnsiTheme="minorEastAsia"/>
          <w:color w:val="auto"/>
        </w:rPr>
      </w:pPr>
      <w:r w:rsidRPr="00292CDC">
        <w:rPr>
          <w:rFonts w:asciiTheme="minorEastAsia" w:eastAsiaTheme="minorEastAsia" w:hAnsiTheme="minorEastAsia"/>
          <w:color w:val="auto"/>
        </w:rPr>
        <w:t>応募様式第3号</w:t>
      </w:r>
    </w:p>
    <w:p w:rsidR="00A51866" w:rsidRPr="00292CDC" w:rsidRDefault="00D4777D" w:rsidP="00D4777D">
      <w:pPr>
        <w:pStyle w:val="aff0"/>
        <w:jc w:val="right"/>
        <w:rPr>
          <w:rFonts w:asciiTheme="minorEastAsia" w:eastAsiaTheme="minorEastAsia" w:hAnsiTheme="minorEastAsia"/>
          <w:b w:val="0"/>
          <w:color w:val="auto"/>
          <w:sz w:val="24"/>
          <w:szCs w:val="24"/>
        </w:rPr>
      </w:pPr>
      <w:r w:rsidRPr="00292CDC">
        <w:rPr>
          <w:rFonts w:asciiTheme="minorEastAsia" w:eastAsiaTheme="minorEastAsia" w:hAnsiTheme="minorEastAsia"/>
          <w:b w:val="0"/>
          <w:color w:val="auto"/>
          <w:sz w:val="24"/>
          <w:szCs w:val="24"/>
        </w:rPr>
        <w:t>令和　　年　　月　　日</w:t>
      </w:r>
    </w:p>
    <w:p w:rsidR="00623A7E" w:rsidRPr="00292CDC" w:rsidRDefault="00623A7E" w:rsidP="00623A7E">
      <w:pPr>
        <w:pStyle w:val="aff0"/>
        <w:spacing w:after="0" w:line="80" w:lineRule="exact"/>
        <w:jc w:val="left"/>
        <w:rPr>
          <w:rFonts w:asciiTheme="minorEastAsia" w:eastAsiaTheme="minorEastAsia" w:hAnsiTheme="minorEastAsia"/>
          <w:b w:val="0"/>
          <w:color w:val="auto"/>
        </w:rPr>
      </w:pPr>
    </w:p>
    <w:p w:rsidR="00D07C5D" w:rsidRPr="00292CDC" w:rsidRDefault="00D07C5D" w:rsidP="00D07C5D">
      <w:pPr>
        <w:pStyle w:val="aff0"/>
        <w:jc w:val="left"/>
        <w:rPr>
          <w:rFonts w:asciiTheme="minorEastAsia" w:eastAsiaTheme="minorEastAsia" w:hAnsiTheme="minorEastAsia"/>
          <w:b w:val="0"/>
          <w:color w:val="auto"/>
          <w:sz w:val="24"/>
        </w:rPr>
      </w:pPr>
      <w:r w:rsidRPr="00292CDC">
        <w:rPr>
          <w:rFonts w:asciiTheme="minorEastAsia" w:eastAsiaTheme="minorEastAsia" w:hAnsiTheme="minorEastAsia"/>
          <w:b w:val="0"/>
          <w:color w:val="auto"/>
          <w:sz w:val="24"/>
        </w:rPr>
        <w:t>大館市長  石 田  健 佑   様</w:t>
      </w:r>
    </w:p>
    <w:p w:rsidR="00623A7E" w:rsidRPr="00292CDC" w:rsidRDefault="00623A7E" w:rsidP="00623A7E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所在地</w:t>
      </w:r>
    </w:p>
    <w:p w:rsidR="00623A7E" w:rsidRPr="00292CDC" w:rsidRDefault="00623A7E" w:rsidP="00623A7E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商号又は名称</w:t>
      </w:r>
    </w:p>
    <w:p w:rsidR="00623A7E" w:rsidRPr="00292CDC" w:rsidRDefault="00623A7E" w:rsidP="00623A7E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 xml:space="preserve">代表者職氏名　　　　　　　　　㊞　</w:t>
      </w:r>
    </w:p>
    <w:p w:rsidR="00B02DF0" w:rsidRPr="00292CDC" w:rsidRDefault="00B02DF0" w:rsidP="00D4777D">
      <w:pPr>
        <w:pStyle w:val="aff0"/>
        <w:spacing w:after="0" w:line="80" w:lineRule="exact"/>
        <w:jc w:val="right"/>
        <w:rPr>
          <w:rFonts w:asciiTheme="minorEastAsia" w:eastAsiaTheme="minorEastAsia" w:hAnsiTheme="minorEastAsia"/>
          <w:color w:val="auto"/>
          <w:lang w:eastAsia="ja-JP"/>
        </w:rPr>
      </w:pPr>
    </w:p>
    <w:p w:rsidR="00EF3EA3" w:rsidRPr="00292CDC" w:rsidRDefault="00A51866">
      <w:pPr>
        <w:pStyle w:val="aff0"/>
        <w:rPr>
          <w:rFonts w:asciiTheme="minorEastAsia" w:eastAsiaTheme="minorEastAsia" w:hAnsiTheme="minorEastAsia"/>
          <w:color w:val="auto"/>
          <w:sz w:val="36"/>
        </w:rPr>
      </w:pPr>
      <w:proofErr w:type="spellStart"/>
      <w:r w:rsidRPr="00292CDC">
        <w:rPr>
          <w:rFonts w:asciiTheme="minorEastAsia" w:eastAsiaTheme="minorEastAsia" w:hAnsiTheme="minorEastAsia"/>
          <w:color w:val="auto"/>
          <w:sz w:val="36"/>
        </w:rPr>
        <w:t>業務実績書</w:t>
      </w:r>
      <w:proofErr w:type="spellEnd"/>
    </w:p>
    <w:p w:rsidR="00A51866" w:rsidRPr="00292CDC" w:rsidRDefault="00A51866">
      <w:pPr>
        <w:pStyle w:val="aff"/>
        <w:spacing w:after="0" w:line="80" w:lineRule="exact"/>
        <w:jc w:val="center"/>
        <w:rPr>
          <w:rFonts w:asciiTheme="minorEastAsia" w:eastAsiaTheme="minorEastAsia" w:hAnsiTheme="minorEastAsia"/>
          <w:color w:val="auto"/>
          <w:lang w:eastAsia="ja-JP"/>
        </w:rPr>
      </w:pP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292CDC" w:rsidRPr="00292CDC" w:rsidTr="00A51866">
        <w:trPr>
          <w:cantSplit/>
          <w:trHeight w:val="567"/>
          <w:tblHeader/>
          <w:jc w:val="center"/>
        </w:trPr>
        <w:tc>
          <w:tcPr>
            <w:tcW w:w="2835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項</w:t>
            </w:r>
            <w:r w:rsidR="00623A7E" w:rsidRPr="00292CDC">
              <w:rPr>
                <w:rFonts w:asciiTheme="minorEastAsia" w:eastAsiaTheme="minorEastAsia" w:hAnsiTheme="minorEastAsia" w:hint="eastAsia"/>
                <w:b/>
                <w:color w:val="auto"/>
                <w:lang w:eastAsia="ja-JP"/>
              </w:rPr>
              <w:t xml:space="preserve">　</w:t>
            </w: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目</w:t>
            </w:r>
          </w:p>
        </w:tc>
        <w:tc>
          <w:tcPr>
            <w:tcW w:w="6803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記入欄</w:t>
            </w:r>
          </w:p>
        </w:tc>
      </w:tr>
      <w:tr w:rsidR="00292CDC" w:rsidRPr="00292CDC" w:rsidTr="00A51866">
        <w:trPr>
          <w:cantSplit/>
          <w:trHeight w:val="567"/>
          <w:jc w:val="center"/>
        </w:trPr>
        <w:tc>
          <w:tcPr>
            <w:tcW w:w="2835" w:type="dxa"/>
            <w:vAlign w:val="center"/>
          </w:tcPr>
          <w:p w:rsidR="00EF3EA3" w:rsidRPr="00292CDC" w:rsidRDefault="00040F3F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発注者（自治体名等</w:t>
            </w:r>
            <w:proofErr w:type="spellEnd"/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）</w:t>
            </w:r>
          </w:p>
        </w:tc>
        <w:tc>
          <w:tcPr>
            <w:tcW w:w="6803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 w:rsidTr="00A51866">
        <w:trPr>
          <w:cantSplit/>
          <w:trHeight w:val="567"/>
          <w:jc w:val="center"/>
        </w:trPr>
        <w:tc>
          <w:tcPr>
            <w:tcW w:w="2835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業務名</w:t>
            </w:r>
          </w:p>
        </w:tc>
        <w:tc>
          <w:tcPr>
            <w:tcW w:w="6803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 w:rsidTr="00A51866">
        <w:trPr>
          <w:cantSplit/>
          <w:trHeight w:val="567"/>
          <w:jc w:val="center"/>
        </w:trPr>
        <w:tc>
          <w:tcPr>
            <w:tcW w:w="2835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履行期間</w:t>
            </w:r>
            <w:proofErr w:type="spellEnd"/>
          </w:p>
        </w:tc>
        <w:tc>
          <w:tcPr>
            <w:tcW w:w="6803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 w:rsidTr="00A51866">
        <w:trPr>
          <w:cantSplit/>
          <w:trHeight w:val="567"/>
          <w:jc w:val="center"/>
        </w:trPr>
        <w:tc>
          <w:tcPr>
            <w:tcW w:w="2835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契約金額（税込）</w:t>
            </w:r>
          </w:p>
        </w:tc>
        <w:tc>
          <w:tcPr>
            <w:tcW w:w="6803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 w:rsidTr="00A51866">
        <w:trPr>
          <w:cantSplit/>
          <w:trHeight w:val="567"/>
          <w:jc w:val="center"/>
        </w:trPr>
        <w:tc>
          <w:tcPr>
            <w:tcW w:w="2835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受託形態・担当範囲</w:t>
            </w:r>
            <w:proofErr w:type="spellEnd"/>
          </w:p>
        </w:tc>
        <w:tc>
          <w:tcPr>
            <w:tcW w:w="6803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 w:rsidTr="00A51866">
        <w:trPr>
          <w:cantSplit/>
          <w:trHeight w:val="567"/>
          <w:jc w:val="center"/>
        </w:trPr>
        <w:tc>
          <w:tcPr>
            <w:tcW w:w="2835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  <w:lang w:eastAsia="ja-JP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sz w:val="22"/>
                <w:lang w:eastAsia="ja-JP"/>
              </w:rPr>
              <w:t>対象業務・窓口の規模</w:t>
            </w:r>
          </w:p>
        </w:tc>
        <w:tc>
          <w:tcPr>
            <w:tcW w:w="6803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  <w:lang w:eastAsia="ja-JP"/>
              </w:rPr>
            </w:pPr>
          </w:p>
        </w:tc>
      </w:tr>
      <w:tr w:rsidR="00292CDC" w:rsidRPr="00292CDC" w:rsidTr="00A51866">
        <w:trPr>
          <w:cantSplit/>
          <w:trHeight w:val="567"/>
          <w:jc w:val="center"/>
        </w:trPr>
        <w:tc>
          <w:tcPr>
            <w:tcW w:w="2835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業務内容・調査方法</w:t>
            </w:r>
            <w:proofErr w:type="spellEnd"/>
          </w:p>
        </w:tc>
        <w:tc>
          <w:tcPr>
            <w:tcW w:w="6803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 w:rsidTr="00A51866">
        <w:trPr>
          <w:cantSplit/>
          <w:trHeight w:val="567"/>
          <w:jc w:val="center"/>
        </w:trPr>
        <w:tc>
          <w:tcPr>
            <w:tcW w:w="2835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主な成果・改善効果</w:t>
            </w:r>
          </w:p>
        </w:tc>
        <w:tc>
          <w:tcPr>
            <w:tcW w:w="6803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 w:rsidTr="00A51866">
        <w:trPr>
          <w:cantSplit/>
          <w:trHeight w:val="567"/>
          <w:jc w:val="center"/>
        </w:trPr>
        <w:tc>
          <w:tcPr>
            <w:tcW w:w="2835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本業務との関連性</w:t>
            </w:r>
            <w:proofErr w:type="spellEnd"/>
          </w:p>
        </w:tc>
        <w:tc>
          <w:tcPr>
            <w:tcW w:w="6803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 w:rsidTr="00A51866">
        <w:trPr>
          <w:cantSplit/>
          <w:trHeight w:val="567"/>
          <w:jc w:val="center"/>
        </w:trPr>
        <w:tc>
          <w:tcPr>
            <w:tcW w:w="2835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業務責任者・担当者</w:t>
            </w:r>
          </w:p>
        </w:tc>
        <w:tc>
          <w:tcPr>
            <w:tcW w:w="6803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</w:tbl>
    <w:p w:rsidR="00EF3EA3" w:rsidRPr="00292CDC" w:rsidRDefault="00A51866">
      <w:pPr>
        <w:pStyle w:val="aff"/>
        <w:ind w:firstLineChars="100" w:firstLine="220"/>
        <w:rPr>
          <w:rFonts w:asciiTheme="minorEastAsia" w:eastAsiaTheme="minorEastAsia" w:hAnsiTheme="minorEastAsia"/>
          <w:color w:val="auto"/>
          <w:sz w:val="22"/>
          <w:lang w:eastAsia="ja-JP"/>
        </w:rPr>
      </w:pP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実績1件につき1枚を作成してください。共同事業体の場合は実施した構成員名を明記し、自社の担当範囲が分かるように記載してください。</w:t>
      </w:r>
    </w:p>
    <w:p w:rsidR="00EF3EA3" w:rsidRPr="00292CDC" w:rsidRDefault="00EF3EA3">
      <w:pPr>
        <w:spacing w:after="0" w:line="80" w:lineRule="exact"/>
        <w:rPr>
          <w:rFonts w:asciiTheme="minorEastAsia" w:eastAsiaTheme="minorEastAsia" w:hAnsiTheme="minorEastAsia"/>
          <w:lang w:eastAsia="ja-JP"/>
        </w:rPr>
      </w:pPr>
    </w:p>
    <w:sectPr w:rsidR="00EF3EA3" w:rsidRPr="00292CD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21B1" w:rsidRDefault="006B21B1" w:rsidP="006B21B1">
      <w:pPr>
        <w:spacing w:after="0" w:line="240" w:lineRule="auto"/>
      </w:pPr>
      <w:r>
        <w:separator/>
      </w:r>
    </w:p>
  </w:endnote>
  <w:endnote w:type="continuationSeparator" w:id="0">
    <w:p w:rsidR="006B21B1" w:rsidRDefault="006B21B1" w:rsidP="006B2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21B1" w:rsidRDefault="006B21B1" w:rsidP="006B21B1">
      <w:pPr>
        <w:spacing w:after="0" w:line="240" w:lineRule="auto"/>
      </w:pPr>
      <w:r>
        <w:separator/>
      </w:r>
    </w:p>
  </w:footnote>
  <w:footnote w:type="continuationSeparator" w:id="0">
    <w:p w:rsidR="006B21B1" w:rsidRDefault="006B21B1" w:rsidP="006B21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・"/>
      <w:lvlJc w:val="left"/>
      <w:pPr>
        <w:tabs>
          <w:tab w:val="num" w:pos="1440"/>
        </w:tabs>
        <w:ind w:left="1440" w:hanging="360"/>
      </w:pPr>
      <w:rPr>
        <w:rFonts w:ascii="ＭＳ 明朝" w:eastAsia="ＭＳ 明朝" w:hAnsi="ＭＳ 明朝" w:cs="ＭＳ 明朝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ＭＳ 明朝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ＭＳ 明朝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F3F"/>
    <w:rsid w:val="0006063C"/>
    <w:rsid w:val="000776B9"/>
    <w:rsid w:val="000C0CAE"/>
    <w:rsid w:val="000F717B"/>
    <w:rsid w:val="001336AB"/>
    <w:rsid w:val="0015074B"/>
    <w:rsid w:val="00155E9E"/>
    <w:rsid w:val="001F7CEE"/>
    <w:rsid w:val="00292CDC"/>
    <w:rsid w:val="0029639D"/>
    <w:rsid w:val="002D40C1"/>
    <w:rsid w:val="00326F90"/>
    <w:rsid w:val="003D705B"/>
    <w:rsid w:val="00412EC2"/>
    <w:rsid w:val="00427493"/>
    <w:rsid w:val="00623A7E"/>
    <w:rsid w:val="006B21B1"/>
    <w:rsid w:val="006E37D3"/>
    <w:rsid w:val="007218B7"/>
    <w:rsid w:val="0079395C"/>
    <w:rsid w:val="00925668"/>
    <w:rsid w:val="00957AD2"/>
    <w:rsid w:val="00A51866"/>
    <w:rsid w:val="00AA1D8D"/>
    <w:rsid w:val="00AB4813"/>
    <w:rsid w:val="00B02DF0"/>
    <w:rsid w:val="00B150E6"/>
    <w:rsid w:val="00B47730"/>
    <w:rsid w:val="00BE743D"/>
    <w:rsid w:val="00CB0664"/>
    <w:rsid w:val="00D07C5D"/>
    <w:rsid w:val="00D44099"/>
    <w:rsid w:val="00D4777D"/>
    <w:rsid w:val="00D715FD"/>
    <w:rsid w:val="00E7539A"/>
    <w:rsid w:val="00EF3EA3"/>
    <w:rsid w:val="00FB78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docId w15:val="{51C7E698-70F2-4AE8-9417-D9EC8157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  <w:rPr>
      <w:rFonts w:ascii="ＭＳ 明朝" w:eastAsia="ＭＳ 明朝" w:hAnsi="ＭＳ 明朝" w:cs="ＭＳ 明朝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  <w:rPr>
      <w:rFonts w:ascii="ＭＳ 明朝" w:eastAsia="ＭＳ 明朝" w:hAnsi="ＭＳ 明朝" w:cs="ＭＳ 明朝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="ＭＳ 明朝" w:eastAsia="ＭＳ 明朝" w:hAnsi="ＭＳ 明朝" w:cs="ＭＳ 明朝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="ＭＳ 明朝" w:eastAsia="ＭＳ 明朝" w:hAnsi="ＭＳ 明朝" w:cs="ＭＳ 明朝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="ＭＳ 明朝" w:eastAsia="ＭＳ 明朝" w:hAnsi="ＭＳ 明朝" w:cs="ＭＳ 明朝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="ＭＳ 明朝" w:eastAsia="ＭＳ 明朝" w:hAnsi="ＭＳ 明朝" w:cs="ＭＳ 明朝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="ＭＳ 明朝" w:eastAsia="ＭＳ 明朝" w:hAnsi="ＭＳ 明朝" w:cs="ＭＳ 明朝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  <w:rPr>
      <w:rFonts w:ascii="ＭＳ 明朝" w:eastAsia="ＭＳ 明朝" w:hAnsi="ＭＳ 明朝" w:cs="ＭＳ 明朝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  <w:rPr>
      <w:rFonts w:ascii="ＭＳ 明朝" w:eastAsia="ＭＳ 明朝" w:hAnsi="ＭＳ 明朝" w:cs="ＭＳ 明朝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rFonts w:ascii="ＭＳ 明朝" w:eastAsia="ＭＳ 明朝" w:hAnsi="ＭＳ 明朝" w:cs="ＭＳ 明朝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ＭＳ 明朝" w:eastAsia="ＭＳ 明朝" w:hAnsi="ＭＳ 明朝" w:cs="ＭＳ 明朝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rFonts w:ascii="ＭＳ 明朝" w:eastAsia="ＭＳ 明朝" w:hAnsi="ＭＳ 明朝" w:cs="ＭＳ 明朝"/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="ＭＳ 明朝" w:eastAsia="ＭＳ 明朝" w:hAnsi="ＭＳ 明朝" w:cs="ＭＳ 明朝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="ＭＳ 明朝" w:eastAsia="ＭＳ 明朝" w:hAnsi="ＭＳ 明朝" w:cs="ＭＳ 明朝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="ＭＳ 明朝" w:eastAsia="ＭＳ 明朝" w:hAnsi="ＭＳ 明朝" w:cs="ＭＳ 明朝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="ＭＳ 明朝" w:eastAsia="ＭＳ 明朝" w:hAnsi="ＭＳ 明朝" w:cs="ＭＳ 明朝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="ＭＳ 明朝" w:eastAsia="ＭＳ 明朝" w:hAnsi="ＭＳ 明朝" w:cs="ＭＳ 明朝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ＭＳ 明朝" w:eastAsia="ＭＳ 明朝" w:hAnsi="ＭＳ 明朝" w:cs="ＭＳ 明朝"/>
      <w:b/>
      <w:bCs/>
    </w:rPr>
  </w:style>
  <w:style w:type="character" w:styleId="af9">
    <w:name w:val="Emphasis"/>
    <w:basedOn w:val="a2"/>
    <w:uiPriority w:val="20"/>
    <w:qFormat/>
    <w:rsid w:val="00FC693F"/>
    <w:rPr>
      <w:rFonts w:ascii="ＭＳ 明朝" w:eastAsia="ＭＳ 明朝" w:hAnsi="ＭＳ 明朝" w:cs="ＭＳ 明朝"/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rFonts w:ascii="ＭＳ 明朝" w:eastAsia="ＭＳ 明朝" w:hAnsi="ＭＳ 明朝" w:cs="ＭＳ 明朝"/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rFonts w:ascii="ＭＳ 明朝" w:eastAsia="ＭＳ 明朝" w:hAnsi="ＭＳ 明朝" w:cs="ＭＳ 明朝"/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rFonts w:ascii="ＭＳ 明朝" w:eastAsia="ＭＳ 明朝" w:hAnsi="ＭＳ 明朝" w:cs="ＭＳ 明朝"/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rFonts w:ascii="ＭＳ 明朝" w:eastAsia="ＭＳ 明朝" w:hAnsi="ＭＳ 明朝" w:cs="ＭＳ 明朝"/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">
    <w:name w:val="応募本文"/>
    <w:pPr>
      <w:spacing w:after="80" w:line="264" w:lineRule="auto"/>
    </w:pPr>
    <w:rPr>
      <w:color w:val="000000"/>
      <w:sz w:val="24"/>
    </w:rPr>
  </w:style>
  <w:style w:type="paragraph" w:customStyle="1" w:styleId="aff0">
    <w:name w:val="応募見出し"/>
    <w:pPr>
      <w:spacing w:after="80" w:line="264" w:lineRule="auto"/>
      <w:jc w:val="center"/>
    </w:pPr>
    <w:rPr>
      <w:b/>
      <w:color w:val="000000"/>
      <w:sz w:val="28"/>
    </w:rPr>
  </w:style>
  <w:style w:type="paragraph" w:customStyle="1" w:styleId="aff1">
    <w:name w:val="応募番号"/>
    <w:pPr>
      <w:spacing w:after="80" w:line="264" w:lineRule="auto"/>
      <w:jc w:val="right"/>
    </w:pPr>
    <w:rPr>
      <w:color w:val="000000"/>
      <w:sz w:val="24"/>
    </w:rPr>
  </w:style>
  <w:style w:type="paragraph" w:customStyle="1" w:styleId="aff2">
    <w:name w:val="応募セル"/>
    <w:pPr>
      <w:spacing w:after="0" w:line="264" w:lineRule="auto"/>
    </w:pPr>
    <w:rPr>
      <w:color w:val="000000"/>
      <w:sz w:val="24"/>
    </w:rPr>
  </w:style>
  <w:style w:type="paragraph" w:styleId="aff3">
    <w:name w:val="Balloon Text"/>
    <w:basedOn w:val="a1"/>
    <w:link w:val="aff4"/>
    <w:uiPriority w:val="99"/>
    <w:semiHidden/>
    <w:unhideWhenUsed/>
    <w:rsid w:val="00D07C5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2"/>
    <w:link w:val="aff3"/>
    <w:uiPriority w:val="99"/>
    <w:semiHidden/>
    <w:rsid w:val="00D07C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8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DCF90A-EE41-48CC-A22E-023583BCD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466</Words>
  <Characters>2658</Characters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大館市フロントヤード改革伴走支援業務 応募様式</vt:lpstr>
      <vt:lpstr/>
    </vt:vector>
  </TitlesOfParts>
  <Manager/>
  <Company/>
  <LinksUpToDate>false</LinksUpToDate>
  <CharactersWithSpaces>3118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2026-10-22T01:47:00Z</cp:lastPrinted>
  <dcterms:created xsi:type="dcterms:W3CDTF">2026-10-22T00:19:00Z</dcterms:created>
  <dcterms:modified xsi:type="dcterms:W3CDTF">2026-10-22T10:37:00Z</dcterms:modified>
  <cp:category/>
</cp:coreProperties>
</file>