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EA3" w:rsidRPr="00292CDC" w:rsidRDefault="00A51866" w:rsidP="00B02DF0">
      <w:pPr>
        <w:pStyle w:val="aff1"/>
        <w:jc w:val="lef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color w:val="auto"/>
        </w:rPr>
        <w:t>応募様式第4号</w:t>
      </w:r>
    </w:p>
    <w:p w:rsidR="00040F3F" w:rsidRPr="00292CDC" w:rsidRDefault="00040F3F" w:rsidP="00040F3F">
      <w:pPr>
        <w:pStyle w:val="aff0"/>
        <w:jc w:val="righ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  <w:szCs w:val="24"/>
        </w:rPr>
        <w:t>令和　　年　　月　　日</w:t>
      </w:r>
    </w:p>
    <w:p w:rsidR="00623A7E" w:rsidRPr="00292CDC" w:rsidRDefault="00623A7E" w:rsidP="00623A7E">
      <w:pPr>
        <w:pStyle w:val="aff0"/>
        <w:spacing w:after="0" w:line="80" w:lineRule="exact"/>
        <w:jc w:val="left"/>
        <w:rPr>
          <w:rFonts w:asciiTheme="minorEastAsia" w:eastAsiaTheme="minorEastAsia" w:hAnsiTheme="minorEastAsia"/>
          <w:b w:val="0"/>
          <w:color w:val="auto"/>
        </w:rPr>
      </w:pPr>
    </w:p>
    <w:p w:rsidR="00D07C5D" w:rsidRPr="00292CDC" w:rsidRDefault="00D07C5D" w:rsidP="00D07C5D">
      <w:pPr>
        <w:pStyle w:val="aff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</w:rPr>
        <w:t>大館市長  石 田  健 佑   様</w:t>
      </w:r>
    </w:p>
    <w:p w:rsidR="00623A7E" w:rsidRPr="00292CDC" w:rsidRDefault="00623A7E" w:rsidP="00623A7E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所在地</w:t>
      </w:r>
    </w:p>
    <w:p w:rsidR="00623A7E" w:rsidRPr="00292CDC" w:rsidRDefault="00623A7E" w:rsidP="00623A7E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商号又は名称</w:t>
      </w:r>
    </w:p>
    <w:p w:rsidR="00623A7E" w:rsidRPr="00292CDC" w:rsidRDefault="00623A7E" w:rsidP="00623A7E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 xml:space="preserve">代表者職氏名　　　　　　　　　㊞　</w:t>
      </w:r>
    </w:p>
    <w:p w:rsidR="00A51866" w:rsidRPr="00292CDC" w:rsidRDefault="00A51866">
      <w:pPr>
        <w:pStyle w:val="aff0"/>
        <w:spacing w:after="0" w:line="80" w:lineRule="exact"/>
        <w:rPr>
          <w:rFonts w:asciiTheme="minorEastAsia" w:eastAsiaTheme="minorEastAsia" w:hAnsiTheme="minorEastAsia"/>
          <w:color w:val="auto"/>
          <w:lang w:eastAsia="ja-JP"/>
        </w:rPr>
      </w:pPr>
    </w:p>
    <w:p w:rsidR="00EF3EA3" w:rsidRPr="00292CDC" w:rsidRDefault="00A51866">
      <w:pPr>
        <w:pStyle w:val="aff0"/>
        <w:rPr>
          <w:rFonts w:asciiTheme="minorEastAsia" w:eastAsiaTheme="minorEastAsia" w:hAnsiTheme="minorEastAsia"/>
          <w:color w:val="auto"/>
          <w:sz w:val="36"/>
        </w:rPr>
      </w:pPr>
      <w:r w:rsidRPr="00292CDC">
        <w:rPr>
          <w:rFonts w:asciiTheme="minorEastAsia" w:eastAsiaTheme="minorEastAsia" w:hAnsiTheme="minorEastAsia"/>
          <w:color w:val="auto"/>
          <w:sz w:val="36"/>
        </w:rPr>
        <w:t>配置予定者調書</w:t>
      </w:r>
    </w:p>
    <w:p w:rsidR="00EF3EA3" w:rsidRPr="00292CDC" w:rsidRDefault="00EF3EA3" w:rsidP="00623A7E">
      <w:pPr>
        <w:pStyle w:val="aff"/>
        <w:spacing w:after="0" w:line="80" w:lineRule="exact"/>
        <w:rPr>
          <w:rFonts w:asciiTheme="minorEastAsia" w:eastAsiaTheme="minorEastAsia" w:hAnsiTheme="minorEastAsia"/>
          <w:color w:val="auto"/>
          <w:lang w:eastAsia="ja-JP"/>
        </w:rPr>
      </w:pP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292CDC" w:rsidRPr="00292CDC">
        <w:trPr>
          <w:cantSplit/>
          <w:trHeight w:val="567"/>
          <w:tblHeader/>
          <w:jc w:val="center"/>
        </w:trPr>
        <w:tc>
          <w:tcPr>
            <w:tcW w:w="2551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項</w:t>
            </w:r>
            <w:r w:rsidR="00623A7E" w:rsidRPr="00292CDC">
              <w:rPr>
                <w:rFonts w:asciiTheme="minorEastAsia" w:eastAsiaTheme="minorEastAsia" w:hAnsiTheme="minorEastAsia" w:hint="eastAsia"/>
                <w:b/>
                <w:color w:val="auto"/>
                <w:lang w:eastAsia="ja-JP"/>
              </w:rPr>
              <w:t xml:space="preserve">　</w:t>
            </w: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目</w:t>
            </w:r>
          </w:p>
        </w:tc>
        <w:tc>
          <w:tcPr>
            <w:tcW w:w="7087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記入欄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法人名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所属・役職</w:t>
            </w:r>
            <w:r w:rsidR="00040F3F" w:rsidRPr="00292CDC">
              <w:rPr>
                <w:rFonts w:asciiTheme="minorEastAsia" w:eastAsiaTheme="minorEastAsia" w:hAnsiTheme="minorEastAsia" w:hint="eastAsia"/>
                <w:color w:val="auto"/>
                <w:sz w:val="22"/>
                <w:lang w:eastAsia="ja-JP"/>
              </w:rPr>
              <w:t>・氏名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本業務での役割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資格・専門分野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関連業務の経験年数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主な類似業務経験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従事期間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想定人日・関与率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他業務との兼務状況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担当業務・責任範囲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EF3EA3" w:rsidRPr="00292CDC" w:rsidRDefault="00A51866">
      <w:pPr>
        <w:pStyle w:val="aff"/>
        <w:ind w:firstLineChars="100" w:firstLine="220"/>
        <w:rPr>
          <w:rFonts w:asciiTheme="minorEastAsia" w:eastAsiaTheme="minorEastAsia" w:hAnsiTheme="minorEastAsia"/>
          <w:color w:val="auto"/>
          <w:sz w:val="22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業務責任者及び主な担当者ごとに1枚を作成してください。実施体制図は企画提案書に記載し、本様式の役割分担と一致させてください。</w:t>
      </w:r>
    </w:p>
    <w:p w:rsidR="00BE743D" w:rsidRPr="00292CDC" w:rsidRDefault="002D40C1">
      <w:pPr>
        <w:pStyle w:val="aff"/>
        <w:ind w:firstLineChars="100" w:firstLine="220"/>
        <w:rPr>
          <w:rFonts w:asciiTheme="minorEastAsia" w:eastAsiaTheme="minorEastAsia" w:hAnsiTheme="minorEastAsia"/>
          <w:color w:val="auto"/>
          <w:sz w:val="22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想定人日は当該者が本業務に従事する延べ人日とし、1人日当たりの時間数を明記してください。関与率は「当該者の想定人日÷本業務全体の総人日×100（％）」とし、他業務を含む勤務時間に対する専従率とは区別してください。</w:t>
      </w:r>
    </w:p>
    <w:p w:rsidR="00EF3EA3" w:rsidRPr="00292CDC" w:rsidRDefault="00EF3EA3">
      <w:pPr>
        <w:spacing w:after="0" w:line="80" w:lineRule="exact"/>
        <w:rPr>
          <w:rFonts w:asciiTheme="minorEastAsia" w:eastAsiaTheme="minorEastAsia" w:hAnsiTheme="minorEastAsia"/>
          <w:lang w:eastAsia="ja-JP"/>
        </w:rPr>
      </w:pPr>
    </w:p>
    <w:sectPr w:rsidR="00EF3EA3" w:rsidRPr="00292CD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1B1" w:rsidRDefault="006B21B1" w:rsidP="006B21B1">
      <w:pPr>
        <w:spacing w:after="0" w:line="240" w:lineRule="auto"/>
      </w:pPr>
      <w:r>
        <w:separator/>
      </w:r>
    </w:p>
  </w:endnote>
  <w:end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1B1" w:rsidRDefault="006B21B1" w:rsidP="006B21B1">
      <w:pPr>
        <w:spacing w:after="0" w:line="240" w:lineRule="auto"/>
      </w:pPr>
      <w:r>
        <w:separator/>
      </w:r>
    </w:p>
  </w:footnote>
  <w:foot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ＭＳ 明朝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ＭＳ 明朝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F3F"/>
    <w:rsid w:val="0006063C"/>
    <w:rsid w:val="000776B9"/>
    <w:rsid w:val="000C0CAE"/>
    <w:rsid w:val="000F717B"/>
    <w:rsid w:val="001336AB"/>
    <w:rsid w:val="0015074B"/>
    <w:rsid w:val="00155E9E"/>
    <w:rsid w:val="001F7CEE"/>
    <w:rsid w:val="00292CDC"/>
    <w:rsid w:val="0029639D"/>
    <w:rsid w:val="002D40C1"/>
    <w:rsid w:val="00326F90"/>
    <w:rsid w:val="003D705B"/>
    <w:rsid w:val="00412EC2"/>
    <w:rsid w:val="00427493"/>
    <w:rsid w:val="00623A7E"/>
    <w:rsid w:val="006B21B1"/>
    <w:rsid w:val="006E37D3"/>
    <w:rsid w:val="007218B7"/>
    <w:rsid w:val="0079395C"/>
    <w:rsid w:val="00925668"/>
    <w:rsid w:val="00957AD2"/>
    <w:rsid w:val="00A51866"/>
    <w:rsid w:val="00AA1D8D"/>
    <w:rsid w:val="00AB4813"/>
    <w:rsid w:val="00B02DF0"/>
    <w:rsid w:val="00B150E6"/>
    <w:rsid w:val="00B47730"/>
    <w:rsid w:val="00BE743D"/>
    <w:rsid w:val="00CB0664"/>
    <w:rsid w:val="00D07C5D"/>
    <w:rsid w:val="00D44099"/>
    <w:rsid w:val="00D4777D"/>
    <w:rsid w:val="00D715FD"/>
    <w:rsid w:val="00E7539A"/>
    <w:rsid w:val="00EF3EA3"/>
    <w:rsid w:val="00FB7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51C7E698-70F2-4AE8-9417-D9EC815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ＭＳ 明朝" w:eastAsia="ＭＳ 明朝" w:hAnsi="ＭＳ 明朝" w:cs="ＭＳ 明朝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ＭＳ 明朝" w:eastAsia="ＭＳ 明朝" w:hAnsi="ＭＳ 明朝" w:cs="ＭＳ 明朝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="ＭＳ 明朝" w:eastAsia="ＭＳ 明朝" w:hAnsi="ＭＳ 明朝" w:cs="ＭＳ 明朝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ＭＳ 明朝" w:eastAsia="ＭＳ 明朝" w:hAnsi="ＭＳ 明朝" w:cs="ＭＳ 明朝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ＭＳ 明朝" w:eastAsia="ＭＳ 明朝" w:hAnsi="ＭＳ 明朝" w:cs="ＭＳ 明朝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ＭＳ 明朝" w:eastAsia="ＭＳ 明朝" w:hAnsi="ＭＳ 明朝" w:cs="ＭＳ 明朝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ＭＳ 明朝" w:eastAsia="ＭＳ 明朝" w:hAnsi="ＭＳ 明朝" w:cs="ＭＳ 明朝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ＭＳ 明朝" w:eastAsia="ＭＳ 明朝" w:hAnsi="ＭＳ 明朝" w:cs="ＭＳ 明朝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ＭＳ 明朝" w:eastAsia="ＭＳ 明朝" w:hAnsi="ＭＳ 明朝" w:cs="ＭＳ 明朝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ＭＳ 明朝" w:eastAsia="ＭＳ 明朝" w:hAnsi="ＭＳ 明朝" w:cs="ＭＳ 明朝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ＭＳ 明朝" w:eastAsia="ＭＳ 明朝" w:hAnsi="ＭＳ 明朝" w:cs="ＭＳ 明朝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ＭＳ 明朝" w:eastAsia="ＭＳ 明朝" w:hAnsi="ＭＳ 明朝" w:cs="ＭＳ 明朝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ＭＳ 明朝" w:eastAsia="ＭＳ 明朝" w:hAnsi="ＭＳ 明朝" w:cs="ＭＳ 明朝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ＭＳ 明朝" w:eastAsia="ＭＳ 明朝" w:hAnsi="ＭＳ 明朝" w:cs="ＭＳ 明朝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ＭＳ 明朝" w:eastAsia="ＭＳ 明朝" w:hAnsi="ＭＳ 明朝" w:cs="ＭＳ 明朝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ＭＳ 明朝" w:eastAsia="ＭＳ 明朝" w:hAnsi="ＭＳ 明朝" w:cs="ＭＳ 明朝"/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">
    <w:name w:val="応募本文"/>
    <w:pPr>
      <w:spacing w:after="80" w:line="264" w:lineRule="auto"/>
    </w:pPr>
    <w:rPr>
      <w:color w:val="000000"/>
      <w:sz w:val="24"/>
    </w:rPr>
  </w:style>
  <w:style w:type="paragraph" w:customStyle="1" w:styleId="aff0">
    <w:name w:val="応募見出し"/>
    <w:pPr>
      <w:spacing w:after="80" w:line="264" w:lineRule="auto"/>
      <w:jc w:val="center"/>
    </w:pPr>
    <w:rPr>
      <w:b/>
      <w:color w:val="000000"/>
      <w:sz w:val="28"/>
    </w:rPr>
  </w:style>
  <w:style w:type="paragraph" w:customStyle="1" w:styleId="aff1">
    <w:name w:val="応募番号"/>
    <w:pPr>
      <w:spacing w:after="80" w:line="264" w:lineRule="auto"/>
      <w:jc w:val="right"/>
    </w:pPr>
    <w:rPr>
      <w:color w:val="000000"/>
      <w:sz w:val="24"/>
    </w:rPr>
  </w:style>
  <w:style w:type="paragraph" w:customStyle="1" w:styleId="aff2">
    <w:name w:val="応募セル"/>
    <w:pPr>
      <w:spacing w:after="0" w:line="264" w:lineRule="auto"/>
    </w:pPr>
    <w:rPr>
      <w:color w:val="000000"/>
      <w:sz w:val="24"/>
    </w:rPr>
  </w:style>
  <w:style w:type="paragraph" w:styleId="aff3">
    <w:name w:val="Balloon Text"/>
    <w:basedOn w:val="a1"/>
    <w:link w:val="aff4"/>
    <w:uiPriority w:val="99"/>
    <w:semiHidden/>
    <w:unhideWhenUsed/>
    <w:rsid w:val="00D07C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2"/>
    <w:link w:val="aff3"/>
    <w:uiPriority w:val="99"/>
    <w:semiHidden/>
    <w:rsid w:val="00D07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DCF90A-EE41-48CC-A22E-023583BC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466</Words>
  <Characters>2658</Characters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大館市フロントヤード改革伴走支援業務 応募様式</vt:lpstr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2026-10-22T01:47:00Z</cp:lastPrinted>
  <dcterms:created xsi:type="dcterms:W3CDTF">2026-10-22T00:19:00Z</dcterms:created>
  <dcterms:modified xsi:type="dcterms:W3CDTF">2026-10-22T10:37:00Z</dcterms:modified>
  <cp:category/>
</cp:coreProperties>
</file>