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EA3" w:rsidRPr="00292CDC" w:rsidRDefault="00A51866" w:rsidP="00623A7E">
      <w:pPr>
        <w:pStyle w:val="aff1"/>
        <w:jc w:val="left"/>
        <w:rPr>
          <w:rFonts w:asciiTheme="minorEastAsia" w:eastAsiaTheme="minorEastAsia" w:hAnsiTheme="minorEastAsia"/>
          <w:color w:val="auto"/>
        </w:rPr>
      </w:pPr>
      <w:r w:rsidRPr="00292CDC">
        <w:rPr>
          <w:rFonts w:asciiTheme="minorEastAsia" w:eastAsiaTheme="minorEastAsia" w:hAnsiTheme="minorEastAsia"/>
          <w:color w:val="auto"/>
        </w:rPr>
        <w:t>応募様式第5号</w:t>
      </w:r>
    </w:p>
    <w:p w:rsidR="00040F3F" w:rsidRPr="00292CDC" w:rsidRDefault="00040F3F" w:rsidP="00040F3F">
      <w:pPr>
        <w:pStyle w:val="aff0"/>
        <w:jc w:val="right"/>
        <w:rPr>
          <w:rFonts w:asciiTheme="minorEastAsia" w:eastAsiaTheme="minorEastAsia" w:hAnsiTheme="minorEastAsia"/>
          <w:color w:val="auto"/>
        </w:rPr>
      </w:pPr>
      <w:r w:rsidRPr="00292CDC">
        <w:rPr>
          <w:rFonts w:asciiTheme="minorEastAsia" w:eastAsiaTheme="minorEastAsia" w:hAnsiTheme="minorEastAsia"/>
          <w:b w:val="0"/>
          <w:color w:val="auto"/>
          <w:sz w:val="24"/>
          <w:szCs w:val="24"/>
        </w:rPr>
        <w:t>令和　　年　　月　　日</w:t>
      </w:r>
    </w:p>
    <w:p w:rsidR="00D07C5D" w:rsidRPr="00292CDC" w:rsidRDefault="00D07C5D" w:rsidP="00D07C5D">
      <w:pPr>
        <w:pStyle w:val="aff0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  <w:r w:rsidRPr="00292CDC">
        <w:rPr>
          <w:rFonts w:asciiTheme="minorEastAsia" w:eastAsiaTheme="minorEastAsia" w:hAnsiTheme="minorEastAsia"/>
          <w:b w:val="0"/>
          <w:color w:val="auto"/>
          <w:sz w:val="24"/>
        </w:rPr>
        <w:t>大館市長  石 田  健 佑   様</w:t>
      </w:r>
    </w:p>
    <w:p w:rsidR="00040F3F" w:rsidRPr="00292CDC" w:rsidRDefault="00040F3F" w:rsidP="00040F3F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所在地</w:t>
      </w:r>
    </w:p>
    <w:p w:rsidR="00040F3F" w:rsidRPr="00292CDC" w:rsidRDefault="00040F3F" w:rsidP="00040F3F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商号又は名称</w:t>
      </w:r>
    </w:p>
    <w:p w:rsidR="00040F3F" w:rsidRPr="00292CDC" w:rsidRDefault="00040F3F" w:rsidP="00040F3F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代表者職氏名　　　　　　　　　㊞</w:t>
      </w:r>
    </w:p>
    <w:p w:rsidR="00A51866" w:rsidRPr="00292CDC" w:rsidRDefault="00A51866">
      <w:pPr>
        <w:pStyle w:val="aff0"/>
        <w:spacing w:after="0" w:line="80" w:lineRule="exact"/>
        <w:rPr>
          <w:rFonts w:asciiTheme="minorEastAsia" w:eastAsiaTheme="minorEastAsia" w:hAnsiTheme="minorEastAsia"/>
          <w:color w:val="auto"/>
          <w:lang w:eastAsia="ja-JP"/>
        </w:rPr>
      </w:pPr>
    </w:p>
    <w:p w:rsidR="00EF3EA3" w:rsidRPr="00292CDC" w:rsidRDefault="00A51866">
      <w:pPr>
        <w:pStyle w:val="aff0"/>
        <w:rPr>
          <w:rFonts w:asciiTheme="minorEastAsia" w:eastAsiaTheme="minorEastAsia" w:hAnsiTheme="minorEastAsia"/>
          <w:color w:val="auto"/>
          <w:sz w:val="36"/>
          <w:szCs w:val="36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36"/>
          <w:szCs w:val="36"/>
          <w:lang w:eastAsia="ja-JP"/>
        </w:rPr>
        <w:t>企画提案書提出届</w:t>
      </w:r>
    </w:p>
    <w:p w:rsidR="00040F3F" w:rsidRPr="00292CDC" w:rsidRDefault="00040F3F" w:rsidP="00040F3F">
      <w:pPr>
        <w:pStyle w:val="aff0"/>
        <w:spacing w:after="0" w:line="80" w:lineRule="exact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</w:p>
    <w:p w:rsidR="00040F3F" w:rsidRPr="00292CDC" w:rsidRDefault="00040F3F" w:rsidP="00040F3F">
      <w:pPr>
        <w:pStyle w:val="aff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 xml:space="preserve">　大館市フロントヤード改革伴走支援業務について別添のとおり、企画提案書を提出します。</w:t>
      </w:r>
    </w:p>
    <w:p w:rsidR="00A51866" w:rsidRPr="00292CDC" w:rsidRDefault="00A51866">
      <w:pPr>
        <w:pStyle w:val="aff"/>
        <w:spacing w:after="0" w:line="80" w:lineRule="exact"/>
        <w:jc w:val="center"/>
        <w:rPr>
          <w:rFonts w:asciiTheme="minorEastAsia" w:eastAsiaTheme="minorEastAsia" w:hAnsiTheme="minorEastAsia"/>
          <w:color w:val="auto"/>
          <w:lang w:eastAsia="ja-JP"/>
        </w:rPr>
      </w:pP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53"/>
        <w:gridCol w:w="3685"/>
      </w:tblGrid>
      <w:tr w:rsidR="00292CDC" w:rsidRPr="00292CDC">
        <w:trPr>
          <w:cantSplit/>
          <w:trHeight w:val="567"/>
          <w:tblHeader/>
          <w:jc w:val="center"/>
        </w:trPr>
        <w:tc>
          <w:tcPr>
            <w:tcW w:w="5953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提出書類</w:t>
            </w:r>
          </w:p>
        </w:tc>
        <w:tc>
          <w:tcPr>
            <w:tcW w:w="3685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部数・添付確認</w:t>
            </w: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5953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</w:rPr>
              <w:t>企画提案書</w:t>
            </w:r>
            <w:proofErr w:type="spellEnd"/>
          </w:p>
        </w:tc>
        <w:tc>
          <w:tcPr>
            <w:tcW w:w="3685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 w:hint="eastAsia"/>
                <w:color w:val="auto"/>
                <w:lang w:eastAsia="ja-JP"/>
              </w:rPr>
              <w:t>10</w:t>
            </w:r>
            <w:r w:rsidRPr="00292CDC">
              <w:rPr>
                <w:rFonts w:asciiTheme="minorEastAsia" w:eastAsiaTheme="minorEastAsia" w:hAnsiTheme="minorEastAsia"/>
                <w:color w:val="auto"/>
              </w:rPr>
              <w:t>部</w:t>
            </w: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5953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価格提案書（応募様式第6号）</w:t>
            </w:r>
          </w:p>
        </w:tc>
        <w:tc>
          <w:tcPr>
            <w:tcW w:w="3685" w:type="dxa"/>
            <w:vAlign w:val="center"/>
          </w:tcPr>
          <w:p w:rsidR="00EF3EA3" w:rsidRPr="00292CDC" w:rsidRDefault="00D07C5D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 w:hint="eastAsia"/>
                <w:color w:val="auto"/>
                <w:lang w:eastAsia="ja-JP"/>
              </w:rPr>
              <w:t xml:space="preserve"> </w:t>
            </w:r>
            <w:r w:rsidR="00B02DF0" w:rsidRPr="00292CDC">
              <w:rPr>
                <w:rFonts w:asciiTheme="minorEastAsia" w:eastAsiaTheme="minorEastAsia" w:hAnsiTheme="minorEastAsia" w:hint="eastAsia"/>
                <w:color w:val="auto"/>
                <w:lang w:eastAsia="ja-JP"/>
              </w:rPr>
              <w:t>１</w:t>
            </w:r>
            <w:r w:rsidR="00A51866" w:rsidRPr="00292CDC">
              <w:rPr>
                <w:rFonts w:asciiTheme="minorEastAsia" w:eastAsiaTheme="minorEastAsia" w:hAnsiTheme="minorEastAsia"/>
                <w:color w:val="auto"/>
              </w:rPr>
              <w:t>部</w:t>
            </w: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5953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</w:rPr>
              <w:t>価格内訳書（任意様式</w:t>
            </w:r>
            <w:proofErr w:type="spellEnd"/>
            <w:r w:rsidRPr="00292CDC">
              <w:rPr>
                <w:rFonts w:asciiTheme="minorEastAsia" w:eastAsiaTheme="minorEastAsia" w:hAnsiTheme="minorEastAsia"/>
                <w:color w:val="auto"/>
              </w:rPr>
              <w:t>）</w:t>
            </w:r>
          </w:p>
        </w:tc>
        <w:tc>
          <w:tcPr>
            <w:tcW w:w="3685" w:type="dxa"/>
            <w:vAlign w:val="center"/>
          </w:tcPr>
          <w:p w:rsidR="00EF3EA3" w:rsidRPr="00292CDC" w:rsidRDefault="00D07C5D" w:rsidP="000776B9">
            <w:pPr>
              <w:pStyle w:val="aff2"/>
              <w:ind w:firstLineChars="50" w:firstLine="120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 w:hint="eastAsia"/>
                <w:color w:val="auto"/>
                <w:lang w:eastAsia="ja-JP"/>
              </w:rPr>
              <w:t>１</w:t>
            </w:r>
            <w:r w:rsidRPr="00292CDC">
              <w:rPr>
                <w:rFonts w:asciiTheme="minorEastAsia" w:eastAsiaTheme="minorEastAsia" w:hAnsiTheme="minorEastAsia"/>
                <w:color w:val="auto"/>
              </w:rPr>
              <w:t>部</w:t>
            </w: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5953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lang w:eastAsia="ja-JP"/>
              </w:rPr>
              <w:t>電子データ（PDF）</w:t>
            </w:r>
          </w:p>
        </w:tc>
        <w:tc>
          <w:tcPr>
            <w:tcW w:w="3685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□ 添付・提出</w:t>
            </w:r>
          </w:p>
        </w:tc>
      </w:tr>
      <w:tr w:rsidR="00EF3EA3" w:rsidRPr="00292CDC">
        <w:trPr>
          <w:cantSplit/>
          <w:trHeight w:val="567"/>
          <w:jc w:val="center"/>
        </w:trPr>
        <w:tc>
          <w:tcPr>
            <w:tcW w:w="5953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</w:rPr>
              <w:t>その他添付資料</w:t>
            </w:r>
            <w:proofErr w:type="spellEnd"/>
          </w:p>
        </w:tc>
        <w:tc>
          <w:tcPr>
            <w:tcW w:w="3685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資料名：</w:t>
            </w:r>
          </w:p>
        </w:tc>
      </w:tr>
    </w:tbl>
    <w:p w:rsidR="001336AB" w:rsidRPr="00292CDC" w:rsidRDefault="001336AB">
      <w:pPr>
        <w:pStyle w:val="aff"/>
        <w:spacing w:after="0" w:line="80" w:lineRule="exact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</w:p>
    <w:p w:rsidR="00623A7E" w:rsidRPr="00292CDC" w:rsidRDefault="00623A7E">
      <w:pPr>
        <w:pStyle w:val="aff"/>
        <w:spacing w:after="0" w:line="80" w:lineRule="exact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</w:p>
    <w:p w:rsidR="00EF3EA3" w:rsidRPr="00292CDC" w:rsidRDefault="00A51866">
      <w:pPr>
        <w:pStyle w:val="aff"/>
        <w:ind w:firstLineChars="100" w:firstLine="220"/>
        <w:rPr>
          <w:rFonts w:asciiTheme="minorEastAsia" w:eastAsiaTheme="minorEastAsia" w:hAnsiTheme="minorEastAsia"/>
          <w:color w:val="auto"/>
          <w:sz w:val="22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企画提案書はA4判</w:t>
      </w:r>
      <w:r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横</w:t>
      </w: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、</w:t>
      </w:r>
      <w:r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長辺（上側）</w:t>
      </w: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綴じとし、文字は図表・注記等を含め1</w:t>
      </w:r>
      <w:r w:rsidR="000776B9"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0</w:t>
      </w: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ポイント以上で、印刷時に判読できる大きさにしてください。</w:t>
      </w:r>
    </w:p>
    <w:p w:rsidR="00EF3EA3" w:rsidRPr="00292CDC" w:rsidRDefault="001336AB">
      <w:pPr>
        <w:pStyle w:val="aff"/>
        <w:ind w:firstLineChars="100" w:firstLine="220"/>
        <w:rPr>
          <w:rFonts w:asciiTheme="minorEastAsia" w:eastAsiaTheme="minorEastAsia" w:hAnsiTheme="minorEastAsia"/>
          <w:color w:val="auto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提出部数及びページ数の取扱いは、実施要綱</w:t>
      </w:r>
      <w:r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「</w:t>
      </w: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5</w:t>
      </w:r>
      <w:r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.提出書類について」</w:t>
      </w: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及び</w:t>
      </w:r>
      <w:r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「</w:t>
      </w: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6</w:t>
      </w:r>
      <w:r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.企画提案書の作成要領」</w:t>
      </w: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に従ってください。本届は紙1部及び電子データ（PDF）を提出してください。</w:t>
      </w:r>
    </w:p>
    <w:p w:rsidR="00623A7E" w:rsidRPr="00292CDC" w:rsidRDefault="00623A7E">
      <w:pPr>
        <w:spacing w:after="0" w:line="80" w:lineRule="exact"/>
        <w:rPr>
          <w:rFonts w:asciiTheme="minorEastAsia" w:eastAsiaTheme="minorEastAsia" w:hAnsiTheme="minorEastAsia"/>
          <w:lang w:eastAsia="ja-JP"/>
        </w:rPr>
      </w:pPr>
    </w:p>
    <w:sectPr w:rsidR="00EF3EA3" w:rsidRPr="00292CD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1B1" w:rsidRDefault="006B21B1" w:rsidP="006B21B1">
      <w:pPr>
        <w:spacing w:after="0" w:line="240" w:lineRule="auto"/>
      </w:pPr>
      <w:r>
        <w:separator/>
      </w:r>
    </w:p>
  </w:endnote>
  <w:end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1B1" w:rsidRDefault="006B21B1" w:rsidP="006B21B1">
      <w:pPr>
        <w:spacing w:after="0" w:line="240" w:lineRule="auto"/>
      </w:pPr>
      <w:r>
        <w:separator/>
      </w:r>
    </w:p>
  </w:footnote>
  <w:foot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ＭＳ 明朝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ＭＳ 明朝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ＭＳ 明朝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F3F"/>
    <w:rsid w:val="0006063C"/>
    <w:rsid w:val="000776B9"/>
    <w:rsid w:val="000C0CAE"/>
    <w:rsid w:val="000F717B"/>
    <w:rsid w:val="001336AB"/>
    <w:rsid w:val="0015074B"/>
    <w:rsid w:val="00155E9E"/>
    <w:rsid w:val="001F7CEE"/>
    <w:rsid w:val="00292CDC"/>
    <w:rsid w:val="0029639D"/>
    <w:rsid w:val="002D40C1"/>
    <w:rsid w:val="00326F90"/>
    <w:rsid w:val="003D705B"/>
    <w:rsid w:val="00412EC2"/>
    <w:rsid w:val="00427493"/>
    <w:rsid w:val="00623A7E"/>
    <w:rsid w:val="006B21B1"/>
    <w:rsid w:val="006E37D3"/>
    <w:rsid w:val="007218B7"/>
    <w:rsid w:val="0079395C"/>
    <w:rsid w:val="00925668"/>
    <w:rsid w:val="00957AD2"/>
    <w:rsid w:val="00A51866"/>
    <w:rsid w:val="00AA1D8D"/>
    <w:rsid w:val="00AB4813"/>
    <w:rsid w:val="00B02DF0"/>
    <w:rsid w:val="00B150E6"/>
    <w:rsid w:val="00B47730"/>
    <w:rsid w:val="00BE743D"/>
    <w:rsid w:val="00CB0664"/>
    <w:rsid w:val="00D07C5D"/>
    <w:rsid w:val="00D44099"/>
    <w:rsid w:val="00D4777D"/>
    <w:rsid w:val="00D715FD"/>
    <w:rsid w:val="00E7539A"/>
    <w:rsid w:val="00EF3EA3"/>
    <w:rsid w:val="00FB78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docId w15:val="{51C7E698-70F2-4AE8-9417-D9EC8157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  <w:rPr>
      <w:rFonts w:ascii="ＭＳ 明朝" w:eastAsia="ＭＳ 明朝" w:hAnsi="ＭＳ 明朝" w:cs="ＭＳ 明朝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  <w:rPr>
      <w:rFonts w:ascii="ＭＳ 明朝" w:eastAsia="ＭＳ 明朝" w:hAnsi="ＭＳ 明朝" w:cs="ＭＳ 明朝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="ＭＳ 明朝" w:eastAsia="ＭＳ 明朝" w:hAnsi="ＭＳ 明朝" w:cs="ＭＳ 明朝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="ＭＳ 明朝" w:eastAsia="ＭＳ 明朝" w:hAnsi="ＭＳ 明朝" w:cs="ＭＳ 明朝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="ＭＳ 明朝" w:eastAsia="ＭＳ 明朝" w:hAnsi="ＭＳ 明朝" w:cs="ＭＳ 明朝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="ＭＳ 明朝" w:eastAsia="ＭＳ 明朝" w:hAnsi="ＭＳ 明朝" w:cs="ＭＳ 明朝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="ＭＳ 明朝" w:eastAsia="ＭＳ 明朝" w:hAnsi="ＭＳ 明朝" w:cs="ＭＳ 明朝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  <w:rPr>
      <w:rFonts w:ascii="ＭＳ 明朝" w:eastAsia="ＭＳ 明朝" w:hAnsi="ＭＳ 明朝" w:cs="ＭＳ 明朝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  <w:rPr>
      <w:rFonts w:ascii="ＭＳ 明朝" w:eastAsia="ＭＳ 明朝" w:hAnsi="ＭＳ 明朝" w:cs="ＭＳ 明朝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rFonts w:ascii="ＭＳ 明朝" w:eastAsia="ＭＳ 明朝" w:hAnsi="ＭＳ 明朝" w:cs="ＭＳ 明朝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ＭＳ 明朝" w:eastAsia="ＭＳ 明朝" w:hAnsi="ＭＳ 明朝" w:cs="ＭＳ 明朝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rFonts w:ascii="ＭＳ 明朝" w:eastAsia="ＭＳ 明朝" w:hAnsi="ＭＳ 明朝" w:cs="ＭＳ 明朝"/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="ＭＳ 明朝" w:eastAsia="ＭＳ 明朝" w:hAnsi="ＭＳ 明朝" w:cs="ＭＳ 明朝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="ＭＳ 明朝" w:eastAsia="ＭＳ 明朝" w:hAnsi="ＭＳ 明朝" w:cs="ＭＳ 明朝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="ＭＳ 明朝" w:eastAsia="ＭＳ 明朝" w:hAnsi="ＭＳ 明朝" w:cs="ＭＳ 明朝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ＭＳ 明朝" w:eastAsia="ＭＳ 明朝" w:hAnsi="ＭＳ 明朝" w:cs="ＭＳ 明朝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ＭＳ 明朝" w:eastAsia="ＭＳ 明朝" w:hAnsi="ＭＳ 明朝" w:cs="ＭＳ 明朝"/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rFonts w:ascii="ＭＳ 明朝" w:eastAsia="ＭＳ 明朝" w:hAnsi="ＭＳ 明朝" w:cs="ＭＳ 明朝"/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rFonts w:ascii="ＭＳ 明朝" w:eastAsia="ＭＳ 明朝" w:hAnsi="ＭＳ 明朝" w:cs="ＭＳ 明朝"/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rFonts w:ascii="ＭＳ 明朝" w:eastAsia="ＭＳ 明朝" w:hAnsi="ＭＳ 明朝" w:cs="ＭＳ 明朝"/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rFonts w:ascii="ＭＳ 明朝" w:eastAsia="ＭＳ 明朝" w:hAnsi="ＭＳ 明朝" w:cs="ＭＳ 明朝"/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">
    <w:name w:val="応募本文"/>
    <w:pPr>
      <w:spacing w:after="80" w:line="264" w:lineRule="auto"/>
    </w:pPr>
    <w:rPr>
      <w:color w:val="000000"/>
      <w:sz w:val="24"/>
    </w:rPr>
  </w:style>
  <w:style w:type="paragraph" w:customStyle="1" w:styleId="aff0">
    <w:name w:val="応募見出し"/>
    <w:pPr>
      <w:spacing w:after="80" w:line="264" w:lineRule="auto"/>
      <w:jc w:val="center"/>
    </w:pPr>
    <w:rPr>
      <w:b/>
      <w:color w:val="000000"/>
      <w:sz w:val="28"/>
    </w:rPr>
  </w:style>
  <w:style w:type="paragraph" w:customStyle="1" w:styleId="aff1">
    <w:name w:val="応募番号"/>
    <w:pPr>
      <w:spacing w:after="80" w:line="264" w:lineRule="auto"/>
      <w:jc w:val="right"/>
    </w:pPr>
    <w:rPr>
      <w:color w:val="000000"/>
      <w:sz w:val="24"/>
    </w:rPr>
  </w:style>
  <w:style w:type="paragraph" w:customStyle="1" w:styleId="aff2">
    <w:name w:val="応募セル"/>
    <w:pPr>
      <w:spacing w:after="0" w:line="264" w:lineRule="auto"/>
    </w:pPr>
    <w:rPr>
      <w:color w:val="000000"/>
      <w:sz w:val="24"/>
    </w:rPr>
  </w:style>
  <w:style w:type="paragraph" w:styleId="aff3">
    <w:name w:val="Balloon Text"/>
    <w:basedOn w:val="a1"/>
    <w:link w:val="aff4"/>
    <w:uiPriority w:val="99"/>
    <w:semiHidden/>
    <w:unhideWhenUsed/>
    <w:rsid w:val="00D07C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2"/>
    <w:link w:val="aff3"/>
    <w:uiPriority w:val="99"/>
    <w:semiHidden/>
    <w:rsid w:val="00D07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DCF90A-EE41-48CC-A22E-023583BC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466</Words>
  <Characters>2658</Characters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大館市フロントヤード改革伴走支援業務 応募様式</vt:lpstr>
      <vt:lpstr/>
    </vt:vector>
  </TitlesOfParts>
  <Manager/>
  <Company/>
  <LinksUpToDate>false</LinksUpToDate>
  <CharactersWithSpaces>3118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2026-10-22T01:47:00Z</cp:lastPrinted>
  <dcterms:created xsi:type="dcterms:W3CDTF">2026-10-22T00:19:00Z</dcterms:created>
  <dcterms:modified xsi:type="dcterms:W3CDTF">2026-10-22T10:37:00Z</dcterms:modified>
  <cp:category/>
</cp:coreProperties>
</file>