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EA3" w:rsidRPr="00292CDC" w:rsidRDefault="00A51866" w:rsidP="00623A7E">
      <w:pPr>
        <w:pStyle w:val="aff1"/>
        <w:jc w:val="lef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color w:val="auto"/>
        </w:rPr>
        <w:t>応募様式第6号</w:t>
      </w:r>
    </w:p>
    <w:p w:rsidR="00B02DF0" w:rsidRPr="00292CDC" w:rsidRDefault="00B02DF0" w:rsidP="00B02DF0">
      <w:pPr>
        <w:pStyle w:val="aff0"/>
        <w:jc w:val="righ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  <w:szCs w:val="24"/>
        </w:rPr>
        <w:t>令和　　年　　月　　日</w:t>
      </w:r>
    </w:p>
    <w:p w:rsidR="00D07C5D" w:rsidRPr="00292CDC" w:rsidRDefault="00D07C5D" w:rsidP="00D07C5D">
      <w:pPr>
        <w:pStyle w:val="aff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</w:rPr>
        <w:t>大館市長  石 田  健 佑   様</w:t>
      </w:r>
    </w:p>
    <w:p w:rsidR="001336AB" w:rsidRPr="00292CDC" w:rsidRDefault="001336AB" w:rsidP="001336AB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所在地</w:t>
      </w:r>
    </w:p>
    <w:p w:rsidR="001336AB" w:rsidRPr="00292CDC" w:rsidRDefault="001336AB" w:rsidP="001336AB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商号又は名称</w:t>
      </w:r>
    </w:p>
    <w:p w:rsidR="001336AB" w:rsidRPr="00292CDC" w:rsidRDefault="001336AB" w:rsidP="001336AB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代表者職氏名　　　　　　　　　㊞</w:t>
      </w:r>
    </w:p>
    <w:p w:rsidR="001336AB" w:rsidRPr="00292CDC" w:rsidRDefault="001336AB">
      <w:pPr>
        <w:pStyle w:val="aff0"/>
        <w:spacing w:after="0" w:line="80" w:lineRule="exact"/>
        <w:rPr>
          <w:rFonts w:asciiTheme="minorEastAsia" w:eastAsiaTheme="minorEastAsia" w:hAnsiTheme="minorEastAsia"/>
          <w:color w:val="auto"/>
          <w:lang w:eastAsia="ja-JP"/>
        </w:rPr>
      </w:pPr>
    </w:p>
    <w:p w:rsidR="00412EC2" w:rsidRPr="00292CDC" w:rsidRDefault="00A51866" w:rsidP="00623A7E">
      <w:pPr>
        <w:pStyle w:val="aff0"/>
        <w:rPr>
          <w:rFonts w:asciiTheme="minorEastAsia" w:eastAsiaTheme="minorEastAsia" w:hAnsiTheme="minorEastAsia"/>
          <w:color w:val="auto"/>
          <w:sz w:val="36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36"/>
          <w:lang w:eastAsia="ja-JP"/>
        </w:rPr>
        <w:t>価格提案書</w:t>
      </w:r>
    </w:p>
    <w:p w:rsidR="00623A7E" w:rsidRPr="00292CDC" w:rsidRDefault="00623A7E" w:rsidP="00623A7E">
      <w:pPr>
        <w:pStyle w:val="aff0"/>
        <w:spacing w:after="0" w:line="80" w:lineRule="exact"/>
        <w:jc w:val="left"/>
        <w:rPr>
          <w:rFonts w:asciiTheme="minorEastAsia" w:eastAsiaTheme="minorEastAsia" w:hAnsiTheme="minorEastAsia"/>
          <w:color w:val="auto"/>
          <w:sz w:val="36"/>
          <w:lang w:eastAsia="ja-JP"/>
        </w:rPr>
      </w:pPr>
    </w:p>
    <w:p w:rsidR="00A51866" w:rsidRPr="00292CDC" w:rsidRDefault="00412EC2">
      <w:pPr>
        <w:pStyle w:val="aff0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大館市フロントヤード改革伴走支援業務について、下記価格で提案いたします。</w:t>
      </w:r>
    </w:p>
    <w:p w:rsidR="00A51866" w:rsidRPr="00292CDC" w:rsidRDefault="00A51866">
      <w:pPr>
        <w:pStyle w:val="aff"/>
        <w:spacing w:after="0" w:line="80" w:lineRule="exact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54"/>
        <w:gridCol w:w="3685"/>
      </w:tblGrid>
      <w:tr w:rsidR="00292CDC" w:rsidRPr="00292CDC" w:rsidTr="00A51866">
        <w:trPr>
          <w:cantSplit/>
          <w:trHeight w:val="567"/>
          <w:tblHeader/>
          <w:jc w:val="center"/>
        </w:trPr>
        <w:tc>
          <w:tcPr>
            <w:tcW w:w="5954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区</w:t>
            </w:r>
            <w:r w:rsidR="00412EC2" w:rsidRPr="00292CDC">
              <w:rPr>
                <w:rFonts w:asciiTheme="minorEastAsia" w:eastAsiaTheme="minorEastAsia" w:hAnsiTheme="minorEastAsia" w:hint="eastAsia"/>
                <w:b/>
                <w:color w:val="auto"/>
                <w:lang w:eastAsia="ja-JP"/>
              </w:rPr>
              <w:t xml:space="preserve">　</w:t>
            </w: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分</w:t>
            </w:r>
          </w:p>
        </w:tc>
        <w:tc>
          <w:tcPr>
            <w:tcW w:w="3684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提案金額</w:t>
            </w:r>
          </w:p>
        </w:tc>
      </w:tr>
      <w:tr w:rsidR="00292CDC" w:rsidRPr="00292CDC" w:rsidTr="00A51866">
        <w:trPr>
          <w:cantSplit/>
          <w:trHeight w:val="794"/>
          <w:jc w:val="center"/>
        </w:trPr>
        <w:tc>
          <w:tcPr>
            <w:tcW w:w="5954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提案価格総額（税込</w:t>
            </w:r>
            <w:proofErr w:type="spellEnd"/>
            <w:r w:rsidRPr="00292CDC">
              <w:rPr>
                <w:rFonts w:asciiTheme="minorEastAsia" w:eastAsiaTheme="minorEastAsia" w:hAnsiTheme="minorEastAsia"/>
                <w:color w:val="auto"/>
              </w:rPr>
              <w:t>）</w:t>
            </w:r>
          </w:p>
        </w:tc>
        <w:tc>
          <w:tcPr>
            <w:tcW w:w="3684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金　　　　　　　　　　　円</w:t>
            </w: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5954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税抜金額</w:t>
            </w:r>
            <w:proofErr w:type="spellEnd"/>
          </w:p>
        </w:tc>
        <w:tc>
          <w:tcPr>
            <w:tcW w:w="3684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金　　　　　　　　　　　円</w:t>
            </w:r>
          </w:p>
        </w:tc>
      </w:tr>
      <w:tr w:rsidR="00292CDC" w:rsidRPr="00292CDC" w:rsidTr="00A51866">
        <w:trPr>
          <w:cantSplit/>
          <w:trHeight w:val="567"/>
          <w:jc w:val="center"/>
        </w:trPr>
        <w:tc>
          <w:tcPr>
            <w:tcW w:w="5954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lang w:eastAsia="ja-JP"/>
              </w:rPr>
              <w:t>消費税及び地方消費税額</w:t>
            </w:r>
          </w:p>
        </w:tc>
        <w:tc>
          <w:tcPr>
            <w:tcW w:w="3684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金　　　　　　　　　　　円</w:t>
            </w:r>
          </w:p>
        </w:tc>
      </w:tr>
      <w:tr w:rsidR="00292CDC" w:rsidRPr="00292CDC">
        <w:trPr>
          <w:cantSplit/>
          <w:trHeight w:val="567"/>
          <w:tblHeader/>
          <w:jc w:val="center"/>
        </w:trPr>
        <w:tc>
          <w:tcPr>
            <w:tcW w:w="5953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年度区分</w:t>
            </w:r>
            <w:proofErr w:type="spellEnd"/>
          </w:p>
        </w:tc>
        <w:tc>
          <w:tcPr>
            <w:tcW w:w="3685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金額（税込）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5953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令和8年度（令和9年2月～3月）</w:t>
            </w:r>
          </w:p>
        </w:tc>
        <w:tc>
          <w:tcPr>
            <w:tcW w:w="3685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 xml:space="preserve">金　　　　　　　　</w:t>
            </w:r>
            <w:r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 xml:space="preserve">　　</w:t>
            </w:r>
            <w:r w:rsidRPr="00292CDC">
              <w:rPr>
                <w:rFonts w:asciiTheme="minorEastAsia" w:eastAsiaTheme="minorEastAsia" w:hAnsiTheme="minorEastAsia"/>
                <w:color w:val="auto"/>
              </w:rPr>
              <w:t xml:space="preserve">　円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5953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令和9年度（令和9年4月～令和10年3月）</w:t>
            </w:r>
          </w:p>
        </w:tc>
        <w:tc>
          <w:tcPr>
            <w:tcW w:w="3685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 xml:space="preserve">金　　　　　</w:t>
            </w:r>
            <w:r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 xml:space="preserve">　　</w:t>
            </w:r>
            <w:r w:rsidRPr="00292CDC">
              <w:rPr>
                <w:rFonts w:asciiTheme="minorEastAsia" w:eastAsiaTheme="minorEastAsia" w:hAnsiTheme="minorEastAsia"/>
                <w:color w:val="auto"/>
              </w:rPr>
              <w:t xml:space="preserve">　　　　円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5953" w:type="dxa"/>
            <w:vAlign w:val="center"/>
          </w:tcPr>
          <w:p w:rsidR="00EF3EA3" w:rsidRPr="00292CDC" w:rsidRDefault="00A51866" w:rsidP="00155E9E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lang w:eastAsia="ja-JP"/>
              </w:rPr>
              <w:t>合計（提案価格総額と一致）</w:t>
            </w:r>
          </w:p>
        </w:tc>
        <w:tc>
          <w:tcPr>
            <w:tcW w:w="3685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 xml:space="preserve">金　　　　　　　　</w:t>
            </w:r>
            <w:r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 xml:space="preserve">　　</w:t>
            </w:r>
            <w:r w:rsidRPr="00292CDC">
              <w:rPr>
                <w:rFonts w:asciiTheme="minorEastAsia" w:eastAsiaTheme="minorEastAsia" w:hAnsiTheme="minorEastAsia"/>
                <w:color w:val="auto"/>
              </w:rPr>
              <w:t xml:space="preserve">　円</w:t>
            </w:r>
          </w:p>
        </w:tc>
      </w:tr>
    </w:tbl>
    <w:p w:rsidR="00EF3EA3" w:rsidRPr="00292CDC" w:rsidRDefault="00A51866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価格内訳書を別紙（任意様式）で添付し、業務別・人日別の費用、単価・人日、数量条件、旅費、諸経費及び再委託費等を明示してください。</w:t>
      </w:r>
    </w:p>
    <w:p w:rsidR="00623A7E" w:rsidRPr="00292CDC" w:rsidRDefault="00623A7E">
      <w:pPr>
        <w:pStyle w:val="aff"/>
        <w:spacing w:after="0" w:line="80" w:lineRule="exact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</w:p>
    <w:p w:rsidR="00EF3EA3" w:rsidRPr="00292CDC" w:rsidRDefault="00A51866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提案価格は14か月間の業務に必要な費用の税込総額とし、年度別内訳の合計と一致させてください。総額27,32</w:t>
      </w:r>
      <w:r w:rsidR="00B150E6"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5</w:t>
      </w:r>
      <w:r w:rsidR="00412EC2"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千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円、令和8年度3,41</w:t>
      </w:r>
      <w:r w:rsidR="00412EC2"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6千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円及び令和9年度23,90</w:t>
      </w:r>
      <w:r w:rsidR="00412EC2" w:rsidRPr="00292CDC">
        <w:rPr>
          <w:rFonts w:asciiTheme="minorEastAsia" w:eastAsiaTheme="minorEastAsia" w:hAnsiTheme="minorEastAsia" w:hint="eastAsia"/>
          <w:color w:val="auto"/>
          <w:sz w:val="22"/>
          <w:lang w:eastAsia="ja-JP"/>
        </w:rPr>
        <w:t>9千円</w:t>
      </w: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の各上限額を超える提案は失格となります。</w:t>
      </w:r>
    </w:p>
    <w:p w:rsidR="00623A7E" w:rsidRPr="00292CDC" w:rsidRDefault="00623A7E">
      <w:pPr>
        <w:spacing w:after="0" w:line="80" w:lineRule="exact"/>
        <w:rPr>
          <w:rFonts w:asciiTheme="minorEastAsia" w:eastAsiaTheme="minorEastAsia" w:hAnsiTheme="minorEastAsia"/>
          <w:lang w:eastAsia="ja-JP"/>
        </w:rPr>
      </w:pPr>
    </w:p>
    <w:sectPr w:rsidR="00EF3EA3" w:rsidRPr="00292CD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B1" w:rsidRDefault="006B21B1" w:rsidP="006B21B1">
      <w:pPr>
        <w:spacing w:after="0" w:line="240" w:lineRule="auto"/>
      </w:pPr>
      <w:r>
        <w:separator/>
      </w:r>
    </w:p>
  </w:endnote>
  <w:end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B1" w:rsidRDefault="006B21B1" w:rsidP="006B21B1">
      <w:pPr>
        <w:spacing w:after="0" w:line="240" w:lineRule="auto"/>
      </w:pPr>
      <w:r>
        <w:separator/>
      </w:r>
    </w:p>
  </w:footnote>
  <w:foot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3F"/>
    <w:rsid w:val="0006063C"/>
    <w:rsid w:val="000776B9"/>
    <w:rsid w:val="000C0CAE"/>
    <w:rsid w:val="000F717B"/>
    <w:rsid w:val="001336AB"/>
    <w:rsid w:val="0015074B"/>
    <w:rsid w:val="00155E9E"/>
    <w:rsid w:val="001F7CEE"/>
    <w:rsid w:val="00292CDC"/>
    <w:rsid w:val="0029639D"/>
    <w:rsid w:val="002D40C1"/>
    <w:rsid w:val="00326F90"/>
    <w:rsid w:val="003D705B"/>
    <w:rsid w:val="00412EC2"/>
    <w:rsid w:val="00427493"/>
    <w:rsid w:val="00623A7E"/>
    <w:rsid w:val="006B21B1"/>
    <w:rsid w:val="006E37D3"/>
    <w:rsid w:val="007218B7"/>
    <w:rsid w:val="0079395C"/>
    <w:rsid w:val="00925668"/>
    <w:rsid w:val="00957AD2"/>
    <w:rsid w:val="00A51866"/>
    <w:rsid w:val="00AA1D8D"/>
    <w:rsid w:val="00AB4813"/>
    <w:rsid w:val="00B02DF0"/>
    <w:rsid w:val="00B150E6"/>
    <w:rsid w:val="00B47730"/>
    <w:rsid w:val="00BE743D"/>
    <w:rsid w:val="00CB0664"/>
    <w:rsid w:val="00D07C5D"/>
    <w:rsid w:val="00D44099"/>
    <w:rsid w:val="00D4777D"/>
    <w:rsid w:val="00D715FD"/>
    <w:rsid w:val="00E7539A"/>
    <w:rsid w:val="00EF3EA3"/>
    <w:rsid w:val="00FB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51C7E698-70F2-4AE8-9417-D9EC815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">
    <w:name w:val="応募本文"/>
    <w:pPr>
      <w:spacing w:after="80" w:line="264" w:lineRule="auto"/>
    </w:pPr>
    <w:rPr>
      <w:color w:val="000000"/>
      <w:sz w:val="24"/>
    </w:rPr>
  </w:style>
  <w:style w:type="paragraph" w:customStyle="1" w:styleId="aff0">
    <w:name w:val="応募見出し"/>
    <w:pPr>
      <w:spacing w:after="80" w:line="264" w:lineRule="auto"/>
      <w:jc w:val="center"/>
    </w:pPr>
    <w:rPr>
      <w:b/>
      <w:color w:val="000000"/>
      <w:sz w:val="28"/>
    </w:rPr>
  </w:style>
  <w:style w:type="paragraph" w:customStyle="1" w:styleId="aff1">
    <w:name w:val="応募番号"/>
    <w:pPr>
      <w:spacing w:after="80" w:line="264" w:lineRule="auto"/>
      <w:jc w:val="right"/>
    </w:pPr>
    <w:rPr>
      <w:color w:val="000000"/>
      <w:sz w:val="24"/>
    </w:rPr>
  </w:style>
  <w:style w:type="paragraph" w:customStyle="1" w:styleId="aff2">
    <w:name w:val="応募セル"/>
    <w:pPr>
      <w:spacing w:after="0" w:line="264" w:lineRule="auto"/>
    </w:pPr>
    <w:rPr>
      <w:color w:val="000000"/>
      <w:sz w:val="24"/>
    </w:rPr>
  </w:style>
  <w:style w:type="paragraph" w:styleId="aff3">
    <w:name w:val="Balloon Text"/>
    <w:basedOn w:val="a1"/>
    <w:link w:val="aff4"/>
    <w:uiPriority w:val="99"/>
    <w:semiHidden/>
    <w:unhideWhenUsed/>
    <w:rsid w:val="00D07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2"/>
    <w:link w:val="aff3"/>
    <w:uiPriority w:val="99"/>
    <w:semiHidden/>
    <w:rsid w:val="00D07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CF90A-EE41-48CC-A22E-023583BC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466</Words>
  <Characters>2658</Characters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大館市フロントヤード改革伴走支援業務 応募様式</vt:lpstr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2026-10-22T01:47:00Z</cp:lastPrinted>
  <dcterms:created xsi:type="dcterms:W3CDTF">2026-10-22T00:19:00Z</dcterms:created>
  <dcterms:modified xsi:type="dcterms:W3CDTF">2026-10-22T10:37:00Z</dcterms:modified>
  <cp:category/>
</cp:coreProperties>
</file>