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F3EA3" w:rsidRPr="00292CDC" w:rsidRDefault="00623A7E" w:rsidP="00155E9E">
      <w:pPr>
        <w:pStyle w:val="aff1"/>
        <w:jc w:val="left"/>
        <w:rPr>
          <w:rFonts w:asciiTheme="minorEastAsia" w:eastAsiaTheme="minorEastAsia" w:hAnsiTheme="minorEastAsia"/>
          <w:color w:val="auto"/>
          <w:lang w:eastAsia="ja-JP"/>
        </w:rPr>
      </w:pPr>
      <w:r w:rsidRPr="00292CDC">
        <w:rPr>
          <w:rFonts w:asciiTheme="minorEastAsia" w:eastAsiaTheme="minorEastAsia" w:hAnsiTheme="minorEastAsia" w:hint="eastAsia"/>
          <w:color w:val="auto"/>
          <w:lang w:eastAsia="ja-JP"/>
        </w:rPr>
        <w:t>応募</w:t>
      </w:r>
      <w:r w:rsidR="00A51866" w:rsidRPr="00292CDC">
        <w:rPr>
          <w:rFonts w:asciiTheme="minorEastAsia" w:eastAsiaTheme="minorEastAsia" w:hAnsiTheme="minorEastAsia"/>
          <w:color w:val="auto"/>
          <w:lang w:eastAsia="ja-JP"/>
        </w:rPr>
        <w:t>様式第7号</w:t>
      </w:r>
    </w:p>
    <w:p w:rsidR="00412EC2" w:rsidRPr="00292CDC" w:rsidRDefault="00412EC2" w:rsidP="00412EC2">
      <w:pPr>
        <w:spacing w:after="0" w:line="80" w:lineRule="exact"/>
        <w:ind w:leftChars="300" w:left="6900" w:hangingChars="2600" w:hanging="6240"/>
        <w:jc w:val="right"/>
        <w:rPr>
          <w:rFonts w:asciiTheme="minorEastAsia" w:eastAsiaTheme="minorEastAsia" w:hAnsiTheme="minorEastAsia"/>
          <w:sz w:val="24"/>
          <w:szCs w:val="24"/>
        </w:rPr>
      </w:pPr>
    </w:p>
    <w:p w:rsidR="00412EC2" w:rsidRPr="00292CDC" w:rsidRDefault="00412EC2" w:rsidP="00412EC2">
      <w:pPr>
        <w:ind w:leftChars="300" w:left="6900" w:hangingChars="2600" w:hanging="6240"/>
        <w:jc w:val="right"/>
        <w:rPr>
          <w:rFonts w:asciiTheme="minorEastAsia" w:eastAsiaTheme="minorEastAsia" w:hAnsiTheme="minorEastAsia"/>
          <w:sz w:val="24"/>
          <w:szCs w:val="24"/>
        </w:rPr>
      </w:pPr>
      <w:r w:rsidRPr="00292CDC">
        <w:rPr>
          <w:rFonts w:asciiTheme="minorEastAsia" w:eastAsiaTheme="minorEastAsia" w:hAnsiTheme="minorEastAsia"/>
          <w:sz w:val="24"/>
          <w:szCs w:val="24"/>
        </w:rPr>
        <w:t>令和　　年　　月　　日</w:t>
      </w:r>
    </w:p>
    <w:p w:rsidR="00412EC2" w:rsidRPr="00292CDC" w:rsidRDefault="00412EC2" w:rsidP="00412EC2">
      <w:pPr>
        <w:rPr>
          <w:rFonts w:asciiTheme="minorEastAsia" w:eastAsiaTheme="minorEastAsia" w:hAnsiTheme="minorEastAsia"/>
          <w:sz w:val="24"/>
          <w:szCs w:val="24"/>
        </w:rPr>
      </w:pPr>
      <w:r w:rsidRPr="00292CDC">
        <w:rPr>
          <w:rFonts w:asciiTheme="minorEastAsia" w:eastAsiaTheme="minorEastAsia" w:hAnsiTheme="minorEastAsia"/>
          <w:sz w:val="24"/>
          <w:szCs w:val="24"/>
        </w:rPr>
        <w:t xml:space="preserve"> 大館市長  石 田  健 佑   様</w:t>
      </w:r>
      <w:r w:rsidRPr="00292CDC">
        <w:rPr>
          <w:rFonts w:asciiTheme="minorEastAsia" w:eastAsiaTheme="minorEastAsia" w:hAnsiTheme="minorEastAsia"/>
          <w:sz w:val="24"/>
          <w:szCs w:val="24"/>
        </w:rPr>
        <w:tab/>
      </w:r>
      <w:r w:rsidRPr="00292CDC">
        <w:rPr>
          <w:rFonts w:asciiTheme="minorEastAsia" w:eastAsiaTheme="minorEastAsia" w:hAnsiTheme="minorEastAsia"/>
          <w:sz w:val="24"/>
          <w:szCs w:val="24"/>
        </w:rPr>
        <w:tab/>
      </w:r>
      <w:r w:rsidRPr="00292CDC">
        <w:rPr>
          <w:rFonts w:asciiTheme="minorEastAsia" w:eastAsiaTheme="minorEastAsia" w:hAnsiTheme="minorEastAsia"/>
          <w:sz w:val="24"/>
          <w:szCs w:val="24"/>
        </w:rPr>
        <w:tab/>
      </w:r>
      <w:r w:rsidRPr="00292CDC">
        <w:rPr>
          <w:rFonts w:asciiTheme="minorEastAsia" w:eastAsiaTheme="minorEastAsia" w:hAnsiTheme="minorEastAsia"/>
          <w:sz w:val="24"/>
          <w:szCs w:val="24"/>
        </w:rPr>
        <w:tab/>
      </w:r>
      <w:r w:rsidRPr="00292CDC">
        <w:rPr>
          <w:rFonts w:asciiTheme="minorEastAsia" w:eastAsiaTheme="minorEastAsia" w:hAnsiTheme="minorEastAsia"/>
          <w:sz w:val="24"/>
          <w:szCs w:val="24"/>
        </w:rPr>
        <w:tab/>
      </w:r>
    </w:p>
    <w:p w:rsidR="00412EC2" w:rsidRPr="00292CDC" w:rsidRDefault="00412EC2" w:rsidP="00412EC2">
      <w:pPr>
        <w:spacing w:after="0" w:line="80" w:lineRule="exact"/>
        <w:rPr>
          <w:rFonts w:asciiTheme="minorEastAsia" w:eastAsiaTheme="minorEastAsia" w:hAnsiTheme="minorEastAsia"/>
          <w:sz w:val="24"/>
          <w:szCs w:val="24"/>
        </w:rPr>
      </w:pPr>
    </w:p>
    <w:p w:rsidR="00412EC2" w:rsidRPr="00292CDC" w:rsidRDefault="00412EC2" w:rsidP="00412EC2">
      <w:pPr>
        <w:pStyle w:val="aff0"/>
        <w:ind w:leftChars="2600" w:left="5720"/>
        <w:jc w:val="left"/>
        <w:rPr>
          <w:rFonts w:asciiTheme="minorEastAsia" w:eastAsiaTheme="minorEastAsia" w:hAnsiTheme="minorEastAsia"/>
          <w:b w:val="0"/>
          <w:color w:val="auto"/>
          <w:sz w:val="24"/>
        </w:rPr>
      </w:pPr>
      <w:r w:rsidRPr="00292CDC">
        <w:rPr>
          <w:rFonts w:asciiTheme="minorEastAsia" w:eastAsiaTheme="minorEastAsia" w:hAnsiTheme="minorEastAsia"/>
          <w:color w:val="auto"/>
          <w:sz w:val="24"/>
          <w:szCs w:val="24"/>
        </w:rPr>
        <w:tab/>
      </w:r>
      <w:r w:rsidRPr="00292CDC">
        <w:rPr>
          <w:rFonts w:asciiTheme="minorEastAsia" w:eastAsiaTheme="minorEastAsia" w:hAnsiTheme="minorEastAsia" w:hint="eastAsia"/>
          <w:color w:val="auto"/>
          <w:sz w:val="24"/>
          <w:szCs w:val="24"/>
          <w:lang w:eastAsia="ja-JP"/>
        </w:rPr>
        <w:t xml:space="preserve">　　　　　　　　　　　　　　　　　</w:t>
      </w:r>
      <w:r w:rsidRPr="00292CDC">
        <w:rPr>
          <w:rFonts w:asciiTheme="minorEastAsia" w:eastAsiaTheme="minorEastAsia" w:hAnsiTheme="minorEastAsia" w:hint="eastAsia"/>
          <w:b w:val="0"/>
          <w:color w:val="auto"/>
          <w:sz w:val="24"/>
          <w:lang w:eastAsia="ja-JP"/>
        </w:rPr>
        <w:t>所在地</w:t>
      </w:r>
    </w:p>
    <w:p w:rsidR="00412EC2" w:rsidRPr="00292CDC" w:rsidRDefault="00412EC2" w:rsidP="00412EC2">
      <w:pPr>
        <w:pStyle w:val="aff0"/>
        <w:ind w:leftChars="2600" w:left="5720"/>
        <w:jc w:val="left"/>
        <w:rPr>
          <w:rFonts w:asciiTheme="minorEastAsia" w:eastAsiaTheme="minorEastAsia" w:hAnsiTheme="minorEastAsia"/>
          <w:b w:val="0"/>
          <w:color w:val="auto"/>
          <w:sz w:val="24"/>
          <w:lang w:eastAsia="ja-JP"/>
        </w:rPr>
      </w:pPr>
      <w:r w:rsidRPr="00292CDC">
        <w:rPr>
          <w:rFonts w:asciiTheme="minorEastAsia" w:eastAsiaTheme="minorEastAsia" w:hAnsiTheme="minorEastAsia" w:hint="eastAsia"/>
          <w:b w:val="0"/>
          <w:color w:val="auto"/>
          <w:sz w:val="24"/>
          <w:lang w:eastAsia="ja-JP"/>
        </w:rPr>
        <w:t>商号又は名称</w:t>
      </w:r>
    </w:p>
    <w:p w:rsidR="00412EC2" w:rsidRPr="00292CDC" w:rsidRDefault="00412EC2" w:rsidP="00412EC2">
      <w:pPr>
        <w:pStyle w:val="aff0"/>
        <w:ind w:leftChars="2600" w:left="5720"/>
        <w:jc w:val="left"/>
        <w:rPr>
          <w:rFonts w:asciiTheme="minorEastAsia" w:eastAsiaTheme="minorEastAsia" w:hAnsiTheme="minorEastAsia"/>
          <w:b w:val="0"/>
          <w:color w:val="auto"/>
          <w:sz w:val="24"/>
          <w:lang w:eastAsia="ja-JP"/>
        </w:rPr>
      </w:pPr>
      <w:r w:rsidRPr="00292CDC">
        <w:rPr>
          <w:rFonts w:asciiTheme="minorEastAsia" w:eastAsiaTheme="minorEastAsia" w:hAnsiTheme="minorEastAsia" w:hint="eastAsia"/>
          <w:b w:val="0"/>
          <w:color w:val="auto"/>
          <w:sz w:val="24"/>
          <w:lang w:eastAsia="ja-JP"/>
        </w:rPr>
        <w:t>代表者職氏名　　　　　　　　　㊞</w:t>
      </w:r>
    </w:p>
    <w:p w:rsidR="00412EC2" w:rsidRPr="00292CDC" w:rsidRDefault="00412EC2" w:rsidP="00412EC2">
      <w:pPr>
        <w:spacing w:after="0" w:line="80" w:lineRule="exact"/>
        <w:rPr>
          <w:rFonts w:asciiTheme="minorEastAsia" w:eastAsiaTheme="minorEastAsia" w:hAnsiTheme="minorEastAsia"/>
          <w:sz w:val="24"/>
          <w:szCs w:val="24"/>
          <w:lang w:eastAsia="ja-JP"/>
        </w:rPr>
      </w:pPr>
    </w:p>
    <w:p w:rsidR="00412EC2" w:rsidRPr="00292CDC" w:rsidRDefault="00412EC2" w:rsidP="00412EC2">
      <w:pPr>
        <w:jc w:val="center"/>
        <w:rPr>
          <w:rFonts w:asciiTheme="minorEastAsia" w:eastAsiaTheme="minorEastAsia" w:hAnsiTheme="minorEastAsia"/>
          <w:b/>
          <w:sz w:val="36"/>
          <w:szCs w:val="36"/>
          <w:lang w:eastAsia="ja-JP"/>
        </w:rPr>
      </w:pPr>
      <w:r w:rsidRPr="00292CDC">
        <w:rPr>
          <w:rFonts w:asciiTheme="minorEastAsia" w:eastAsiaTheme="minorEastAsia" w:hAnsiTheme="minorEastAsia" w:hint="eastAsia"/>
          <w:b/>
          <w:sz w:val="36"/>
          <w:szCs w:val="36"/>
          <w:lang w:eastAsia="ja-JP"/>
        </w:rPr>
        <w:t>誓　約　書</w:t>
      </w:r>
    </w:p>
    <w:p w:rsidR="00412EC2" w:rsidRPr="00292CDC" w:rsidRDefault="00412EC2" w:rsidP="00412EC2">
      <w:pPr>
        <w:spacing w:after="0" w:line="80" w:lineRule="exact"/>
        <w:rPr>
          <w:rFonts w:asciiTheme="minorEastAsia" w:eastAsiaTheme="minorEastAsia" w:hAnsiTheme="minorEastAsia"/>
          <w:sz w:val="32"/>
          <w:szCs w:val="24"/>
          <w:lang w:eastAsia="ja-JP"/>
        </w:rPr>
      </w:pPr>
    </w:p>
    <w:p w:rsidR="00A51866" w:rsidRPr="00292CDC" w:rsidRDefault="00412EC2" w:rsidP="00412EC2">
      <w:pPr>
        <w:pStyle w:val="aff0"/>
        <w:ind w:firstLineChars="100" w:firstLine="240"/>
        <w:jc w:val="left"/>
        <w:rPr>
          <w:rFonts w:asciiTheme="minorEastAsia" w:eastAsiaTheme="minorEastAsia" w:hAnsiTheme="minorEastAsia"/>
          <w:color w:val="auto"/>
          <w:lang w:eastAsia="ja-JP"/>
        </w:rPr>
      </w:pPr>
      <w:r w:rsidRPr="00292CDC">
        <w:rPr>
          <w:rFonts w:asciiTheme="minorEastAsia" w:eastAsiaTheme="minorEastAsia" w:hAnsiTheme="minorEastAsia" w:hint="eastAsia"/>
          <w:b w:val="0"/>
          <w:color w:val="auto"/>
          <w:sz w:val="24"/>
          <w:szCs w:val="24"/>
          <w:lang w:eastAsia="ja-JP"/>
        </w:rPr>
        <w:t>弊社は、大館市フロントヤード改革伴走支援業務に係る公募型プロポーザルに参加するにあたり、次に掲げる事項に相違ないことを誓約します。</w:t>
      </w:r>
      <w:r w:rsidRPr="00292CDC">
        <w:rPr>
          <w:rFonts w:asciiTheme="minorEastAsia" w:eastAsiaTheme="minorEastAsia" w:hAnsiTheme="minorEastAsia"/>
          <w:b w:val="0"/>
          <w:color w:val="auto"/>
          <w:sz w:val="24"/>
          <w:szCs w:val="24"/>
          <w:lang w:eastAsia="ja-JP"/>
        </w:rPr>
        <w:tab/>
      </w:r>
      <w:r w:rsidRPr="00292CDC">
        <w:rPr>
          <w:rFonts w:asciiTheme="minorEastAsia" w:eastAsiaTheme="minorEastAsia" w:hAnsiTheme="minorEastAsia"/>
          <w:b w:val="0"/>
          <w:color w:val="auto"/>
          <w:sz w:val="24"/>
          <w:szCs w:val="24"/>
          <w:lang w:eastAsia="ja-JP"/>
        </w:rPr>
        <w:tab/>
      </w:r>
      <w:r w:rsidRPr="00292CDC">
        <w:rPr>
          <w:rFonts w:asciiTheme="minorEastAsia" w:eastAsiaTheme="minorEastAsia" w:hAnsiTheme="minorEastAsia"/>
          <w:color w:val="auto"/>
          <w:sz w:val="24"/>
          <w:szCs w:val="24"/>
          <w:lang w:eastAsia="ja-JP"/>
        </w:rPr>
        <w:tab/>
      </w:r>
      <w:r w:rsidRPr="00292CDC">
        <w:rPr>
          <w:rFonts w:asciiTheme="minorEastAsia" w:eastAsiaTheme="minorEastAsia" w:hAnsiTheme="minorEastAsia"/>
          <w:color w:val="auto"/>
          <w:sz w:val="24"/>
          <w:szCs w:val="24"/>
          <w:lang w:eastAsia="ja-JP"/>
        </w:rPr>
        <w:tab/>
      </w:r>
    </w:p>
    <w:p w:rsidR="00412EC2" w:rsidRPr="00292CDC" w:rsidRDefault="00412EC2">
      <w:pPr>
        <w:pStyle w:val="aff"/>
        <w:spacing w:after="0" w:line="80" w:lineRule="exact"/>
        <w:ind w:firstLineChars="100" w:firstLine="220"/>
        <w:rPr>
          <w:rFonts w:asciiTheme="minorEastAsia" w:eastAsiaTheme="minorEastAsia" w:hAnsiTheme="minorEastAsia"/>
          <w:color w:val="auto"/>
          <w:sz w:val="22"/>
          <w:lang w:eastAsia="ja-JP"/>
        </w:rPr>
      </w:pPr>
    </w:p>
    <w:p w:rsidR="00EF3EA3" w:rsidRPr="00292CDC" w:rsidRDefault="00A51866" w:rsidP="00412EC2">
      <w:pPr>
        <w:pStyle w:val="aff"/>
        <w:ind w:leftChars="100" w:left="700" w:hangingChars="200" w:hanging="480"/>
        <w:rPr>
          <w:rFonts w:asciiTheme="minorEastAsia" w:eastAsiaTheme="minorEastAsia" w:hAnsiTheme="minorEastAsia"/>
          <w:color w:val="auto"/>
          <w:lang w:eastAsia="ja-JP"/>
        </w:rPr>
      </w:pPr>
      <w:r w:rsidRPr="00292CDC">
        <w:rPr>
          <w:rFonts w:asciiTheme="minorEastAsia" w:eastAsiaTheme="minorEastAsia" w:hAnsiTheme="minorEastAsia" w:hint="eastAsia"/>
          <w:color w:val="auto"/>
          <w:lang w:eastAsia="ja-JP"/>
        </w:rPr>
        <w:t>１．</w:t>
      </w:r>
      <w:r w:rsidR="00412EC2" w:rsidRPr="00292CDC">
        <w:rPr>
          <w:rFonts w:asciiTheme="minorEastAsia" w:eastAsiaTheme="minorEastAsia" w:hAnsiTheme="minorEastAsia" w:hint="eastAsia"/>
          <w:color w:val="auto"/>
          <w:lang w:eastAsia="ja-JP"/>
        </w:rPr>
        <w:t>大館市フロントヤード改革伴走支援業務プロポーザル</w:t>
      </w:r>
      <w:r w:rsidRPr="00292CDC">
        <w:rPr>
          <w:rFonts w:asciiTheme="minorEastAsia" w:eastAsiaTheme="minorEastAsia" w:hAnsiTheme="minorEastAsia"/>
          <w:color w:val="auto"/>
          <w:lang w:eastAsia="ja-JP"/>
        </w:rPr>
        <w:t>実施要綱</w:t>
      </w:r>
      <w:r w:rsidR="00155E9E" w:rsidRPr="00292CDC">
        <w:rPr>
          <w:rFonts w:asciiTheme="minorEastAsia" w:eastAsiaTheme="minorEastAsia" w:hAnsiTheme="minorEastAsia" w:hint="eastAsia"/>
          <w:color w:val="auto"/>
          <w:lang w:eastAsia="ja-JP"/>
        </w:rPr>
        <w:t>「３．参加資格」</w:t>
      </w:r>
      <w:r w:rsidRPr="00292CDC">
        <w:rPr>
          <w:rFonts w:asciiTheme="minorEastAsia" w:eastAsiaTheme="minorEastAsia" w:hAnsiTheme="minorEastAsia"/>
          <w:color w:val="auto"/>
          <w:lang w:eastAsia="ja-JP"/>
        </w:rPr>
        <w:t>に掲げる参加資格をすべて満たしています。</w:t>
      </w:r>
    </w:p>
    <w:p w:rsidR="00EF3EA3" w:rsidRPr="00292CDC" w:rsidRDefault="00A51866">
      <w:pPr>
        <w:pStyle w:val="aff"/>
        <w:ind w:firstLineChars="100" w:firstLine="240"/>
        <w:rPr>
          <w:rFonts w:asciiTheme="minorEastAsia" w:eastAsiaTheme="minorEastAsia" w:hAnsiTheme="minorEastAsia"/>
          <w:color w:val="auto"/>
          <w:lang w:eastAsia="ja-JP"/>
        </w:rPr>
      </w:pPr>
      <w:r w:rsidRPr="00292CDC">
        <w:rPr>
          <w:rFonts w:asciiTheme="minorEastAsia" w:eastAsiaTheme="minorEastAsia" w:hAnsiTheme="minorEastAsia" w:hint="eastAsia"/>
          <w:color w:val="auto"/>
          <w:lang w:eastAsia="ja-JP"/>
        </w:rPr>
        <w:t>２．</w:t>
      </w:r>
      <w:r w:rsidRPr="00292CDC">
        <w:rPr>
          <w:rFonts w:asciiTheme="minorEastAsia" w:eastAsiaTheme="minorEastAsia" w:hAnsiTheme="minorEastAsia"/>
          <w:color w:val="auto"/>
          <w:lang w:eastAsia="ja-JP"/>
        </w:rPr>
        <w:t>提出書類の記載内容は事実に相違ありません。</w:t>
      </w:r>
    </w:p>
    <w:p w:rsidR="00EF3EA3" w:rsidRPr="00292CDC" w:rsidRDefault="00A51866">
      <w:pPr>
        <w:pStyle w:val="aff"/>
        <w:ind w:firstLineChars="100" w:firstLine="240"/>
        <w:rPr>
          <w:rFonts w:asciiTheme="minorEastAsia" w:eastAsiaTheme="minorEastAsia" w:hAnsiTheme="minorEastAsia"/>
          <w:color w:val="auto"/>
          <w:lang w:eastAsia="ja-JP"/>
        </w:rPr>
      </w:pPr>
      <w:r w:rsidRPr="00292CDC">
        <w:rPr>
          <w:rFonts w:asciiTheme="minorEastAsia" w:eastAsiaTheme="minorEastAsia" w:hAnsiTheme="minorEastAsia" w:hint="eastAsia"/>
          <w:color w:val="auto"/>
          <w:lang w:eastAsia="ja-JP"/>
        </w:rPr>
        <w:t>３．審査</w:t>
      </w:r>
      <w:r w:rsidRPr="00292CDC">
        <w:rPr>
          <w:rFonts w:asciiTheme="minorEastAsia" w:eastAsiaTheme="minorEastAsia" w:hAnsiTheme="minorEastAsia"/>
          <w:color w:val="auto"/>
          <w:lang w:eastAsia="ja-JP"/>
        </w:rPr>
        <w:t>の公平性を害する接触、働きかけその他の不正な行為を行いません。</w:t>
      </w:r>
    </w:p>
    <w:p w:rsidR="00EF3EA3" w:rsidRPr="00292CDC" w:rsidRDefault="00A51866">
      <w:pPr>
        <w:pStyle w:val="aff"/>
        <w:ind w:firstLineChars="100" w:firstLine="240"/>
        <w:rPr>
          <w:rFonts w:asciiTheme="minorEastAsia" w:eastAsiaTheme="minorEastAsia" w:hAnsiTheme="minorEastAsia"/>
          <w:color w:val="auto"/>
          <w:lang w:eastAsia="ja-JP"/>
        </w:rPr>
      </w:pPr>
      <w:r w:rsidRPr="00292CDC">
        <w:rPr>
          <w:rFonts w:asciiTheme="minorEastAsia" w:eastAsiaTheme="minorEastAsia" w:hAnsiTheme="minorEastAsia" w:hint="eastAsia"/>
          <w:color w:val="auto"/>
          <w:lang w:eastAsia="ja-JP"/>
        </w:rPr>
        <w:t>４．</w:t>
      </w:r>
      <w:r w:rsidRPr="00292CDC">
        <w:rPr>
          <w:rFonts w:asciiTheme="minorEastAsia" w:eastAsiaTheme="minorEastAsia" w:hAnsiTheme="minorEastAsia"/>
          <w:color w:val="auto"/>
          <w:lang w:eastAsia="ja-JP"/>
        </w:rPr>
        <w:t>本プロポーザル及び本業務に関して知り得た秘密や個人情報を適切に管理します。</w:t>
      </w:r>
    </w:p>
    <w:p w:rsidR="00EF3EA3" w:rsidRPr="00292CDC" w:rsidRDefault="00A51866" w:rsidP="00D44099">
      <w:pPr>
        <w:pStyle w:val="aff"/>
        <w:ind w:leftChars="100" w:left="700" w:hangingChars="200" w:hanging="480"/>
        <w:rPr>
          <w:rFonts w:asciiTheme="minorEastAsia" w:eastAsiaTheme="minorEastAsia" w:hAnsiTheme="minorEastAsia"/>
          <w:color w:val="auto"/>
          <w:lang w:eastAsia="ja-JP"/>
        </w:rPr>
      </w:pPr>
      <w:r w:rsidRPr="00292CDC">
        <w:rPr>
          <w:rFonts w:asciiTheme="minorEastAsia" w:eastAsiaTheme="minorEastAsia" w:hAnsiTheme="minorEastAsia" w:hint="eastAsia"/>
          <w:color w:val="auto"/>
          <w:lang w:eastAsia="ja-JP"/>
        </w:rPr>
        <w:t>５．</w:t>
      </w:r>
      <w:r w:rsidRPr="00292CDC">
        <w:rPr>
          <w:rFonts w:asciiTheme="minorEastAsia" w:eastAsiaTheme="minorEastAsia" w:hAnsiTheme="minorEastAsia"/>
          <w:color w:val="auto"/>
          <w:lang w:eastAsia="ja-JP"/>
        </w:rPr>
        <w:t>参加資格に関する状況又は提出内容に変更が生じた場合は、速やかに本市へ申し出ます。</w:t>
      </w:r>
    </w:p>
    <w:p w:rsidR="00412EC2" w:rsidRPr="00292CDC" w:rsidRDefault="00412EC2" w:rsidP="00412EC2">
      <w:pPr>
        <w:pStyle w:val="aff"/>
        <w:spacing w:after="0" w:line="80" w:lineRule="exact"/>
        <w:ind w:firstLineChars="200" w:firstLine="440"/>
        <w:rPr>
          <w:rFonts w:asciiTheme="minorEastAsia" w:eastAsiaTheme="minorEastAsia" w:hAnsiTheme="minorEastAsia"/>
          <w:color w:val="auto"/>
          <w:sz w:val="22"/>
          <w:lang w:eastAsia="ja-JP"/>
        </w:rPr>
      </w:pPr>
    </w:p>
    <w:p w:rsidR="00EF3EA3" w:rsidRPr="00292CDC" w:rsidRDefault="00A51866" w:rsidP="00412EC2">
      <w:pPr>
        <w:pStyle w:val="aff"/>
        <w:ind w:firstLineChars="200" w:firstLine="440"/>
        <w:rPr>
          <w:rFonts w:asciiTheme="minorEastAsia" w:eastAsiaTheme="minorEastAsia" w:hAnsiTheme="minorEastAsia"/>
          <w:color w:val="auto"/>
          <w:sz w:val="22"/>
          <w:lang w:eastAsia="ja-JP"/>
        </w:rPr>
      </w:pPr>
      <w:r w:rsidRPr="00292CDC">
        <w:rPr>
          <w:rFonts w:asciiTheme="minorEastAsia" w:eastAsiaTheme="minorEastAsia" w:hAnsiTheme="minorEastAsia"/>
          <w:color w:val="auto"/>
          <w:sz w:val="22"/>
          <w:lang w:eastAsia="ja-JP"/>
        </w:rPr>
        <w:t>共同事業体の場合は、代表構成員が全構成員について確認の上、共同事業体名及び代表構成員の代表者名により提出してください。</w:t>
      </w:r>
    </w:p>
    <w:p w:rsidR="00EF3EA3" w:rsidRPr="00292CDC" w:rsidRDefault="00EF3EA3">
      <w:pPr>
        <w:spacing w:after="0" w:line="80" w:lineRule="exact"/>
        <w:rPr>
          <w:rFonts w:asciiTheme="minorEastAsia" w:eastAsiaTheme="minorEastAsia" w:hAnsiTheme="minorEastAsia"/>
          <w:lang w:eastAsia="ja-JP"/>
        </w:rPr>
      </w:pPr>
    </w:p>
    <w:sectPr w:rsidR="00EF3EA3" w:rsidRPr="00292CDC" w:rsidSect="00034616">
      <w:pgSz w:w="11906" w:h="16838"/>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B21B1" w:rsidRDefault="006B21B1" w:rsidP="006B21B1">
      <w:pPr>
        <w:spacing w:after="0" w:line="240" w:lineRule="auto"/>
      </w:pPr>
      <w:r>
        <w:separator/>
      </w:r>
    </w:p>
  </w:endnote>
  <w:endnote w:type="continuationSeparator" w:id="0">
    <w:p w:rsidR="006B21B1" w:rsidRDefault="006B21B1" w:rsidP="006B21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B21B1" w:rsidRDefault="006B21B1" w:rsidP="006B21B1">
      <w:pPr>
        <w:spacing w:after="0" w:line="240" w:lineRule="auto"/>
      </w:pPr>
      <w:r>
        <w:separator/>
      </w:r>
    </w:p>
  </w:footnote>
  <w:footnote w:type="continuationSeparator" w:id="0">
    <w:p w:rsidR="006B21B1" w:rsidRDefault="006B21B1" w:rsidP="006B21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ＭＳ 明朝" w:eastAsia="ＭＳ 明朝" w:hAnsi="ＭＳ 明朝" w:cs="ＭＳ 明朝"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ＭＳ 明朝" w:eastAsia="ＭＳ 明朝" w:hAnsi="ＭＳ 明朝" w:cs="ＭＳ 明朝"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ＭＳ 明朝" w:eastAsia="ＭＳ 明朝" w:hAnsi="ＭＳ 明朝" w:cs="ＭＳ 明朝"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ＭＳ 明朝" w:eastAsia="ＭＳ 明朝" w:hAnsi="ＭＳ 明朝" w:cs="ＭＳ 明朝"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defaultTabStop w:val="720"/>
  <w:characterSpacingControl w:val="doNotCompress"/>
  <w:hdrShapeDefaults>
    <o:shapedefaults v:ext="edit" spidmax="18433">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40F3F"/>
    <w:rsid w:val="0006063C"/>
    <w:rsid w:val="000776B9"/>
    <w:rsid w:val="000C0CAE"/>
    <w:rsid w:val="000F717B"/>
    <w:rsid w:val="001336AB"/>
    <w:rsid w:val="0015074B"/>
    <w:rsid w:val="00155E9E"/>
    <w:rsid w:val="001F7CEE"/>
    <w:rsid w:val="00292CDC"/>
    <w:rsid w:val="0029639D"/>
    <w:rsid w:val="002D40C1"/>
    <w:rsid w:val="00326F90"/>
    <w:rsid w:val="003D705B"/>
    <w:rsid w:val="00412EC2"/>
    <w:rsid w:val="00427493"/>
    <w:rsid w:val="00623A7E"/>
    <w:rsid w:val="006B21B1"/>
    <w:rsid w:val="006E37D3"/>
    <w:rsid w:val="007218B7"/>
    <w:rsid w:val="0079395C"/>
    <w:rsid w:val="00925668"/>
    <w:rsid w:val="00957AD2"/>
    <w:rsid w:val="00A51866"/>
    <w:rsid w:val="00AA1D8D"/>
    <w:rsid w:val="00AB4813"/>
    <w:rsid w:val="00B02DF0"/>
    <w:rsid w:val="00B150E6"/>
    <w:rsid w:val="00B47730"/>
    <w:rsid w:val="00BE743D"/>
    <w:rsid w:val="00CB0664"/>
    <w:rsid w:val="00D07C5D"/>
    <w:rsid w:val="00D44099"/>
    <w:rsid w:val="00D4777D"/>
    <w:rsid w:val="00D715FD"/>
    <w:rsid w:val="00E7539A"/>
    <w:rsid w:val="00EF3EA3"/>
    <w:rsid w:val="00FB787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v:textbox inset="5.85pt,.7pt,5.85pt,.7pt"/>
    </o:shapedefaults>
    <o:shapelayout v:ext="edit">
      <o:idmap v:ext="edit" data="1"/>
    </o:shapelayout>
  </w:shapeDefaults>
  <w:decimalSymbol w:val="."/>
  <w:listSeparator w:val=","/>
  <w14:defaultImageDpi w14:val="300"/>
  <w15:docId w15:val="{51C7E698-70F2-4AE8-9417-D9EC81574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ＭＳ 明朝" w:eastAsia="ＭＳ 明朝" w:hAnsi="ＭＳ 明朝" w:cs="ＭＳ 明朝"/>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ヘッダー (文字)"/>
    <w:basedOn w:val="a2"/>
    <w:link w:val="a5"/>
    <w:uiPriority w:val="99"/>
    <w:rsid w:val="00E618BF"/>
    <w:rPr>
      <w:rFonts w:ascii="ＭＳ 明朝" w:eastAsia="ＭＳ 明朝" w:hAnsi="ＭＳ 明朝" w:cs="ＭＳ 明朝"/>
    </w:rPr>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フッター (文字)"/>
    <w:basedOn w:val="a2"/>
    <w:link w:val="a7"/>
    <w:uiPriority w:val="99"/>
    <w:rsid w:val="00E618BF"/>
    <w:rPr>
      <w:rFonts w:ascii="ＭＳ 明朝" w:eastAsia="ＭＳ 明朝" w:hAnsi="ＭＳ 明朝" w:cs="ＭＳ 明朝"/>
    </w:rPr>
  </w:style>
  <w:style w:type="paragraph" w:styleId="a9">
    <w:name w:val="No Spacing"/>
    <w:uiPriority w:val="1"/>
    <w:qFormat/>
    <w:rsid w:val="00FC693F"/>
    <w:pPr>
      <w:spacing w:after="0" w:line="240" w:lineRule="auto"/>
    </w:pPr>
  </w:style>
  <w:style w:type="character" w:customStyle="1" w:styleId="10">
    <w:name w:val="見出し 1 (文字)"/>
    <w:basedOn w:val="a2"/>
    <w:link w:val="1"/>
    <w:uiPriority w:val="9"/>
    <w:rsid w:val="00FC693F"/>
    <w:rPr>
      <w:rFonts w:ascii="ＭＳ 明朝" w:eastAsia="ＭＳ 明朝" w:hAnsi="ＭＳ 明朝" w:cs="ＭＳ 明朝"/>
      <w:b/>
      <w:bCs/>
      <w:color w:val="365F91" w:themeColor="accent1" w:themeShade="BF"/>
      <w:sz w:val="28"/>
      <w:szCs w:val="28"/>
    </w:rPr>
  </w:style>
  <w:style w:type="character" w:customStyle="1" w:styleId="22">
    <w:name w:val="見出し 2 (文字)"/>
    <w:basedOn w:val="a2"/>
    <w:link w:val="21"/>
    <w:uiPriority w:val="9"/>
    <w:rsid w:val="00FC693F"/>
    <w:rPr>
      <w:rFonts w:ascii="ＭＳ 明朝" w:eastAsia="ＭＳ 明朝" w:hAnsi="ＭＳ 明朝" w:cs="ＭＳ 明朝"/>
      <w:b/>
      <w:bCs/>
      <w:color w:val="4F81BD" w:themeColor="accent1"/>
      <w:sz w:val="26"/>
      <w:szCs w:val="26"/>
    </w:rPr>
  </w:style>
  <w:style w:type="character" w:customStyle="1" w:styleId="32">
    <w:name w:val="見出し 3 (文字)"/>
    <w:basedOn w:val="a2"/>
    <w:link w:val="31"/>
    <w:uiPriority w:val="9"/>
    <w:rsid w:val="00FC693F"/>
    <w:rPr>
      <w:rFonts w:ascii="ＭＳ 明朝" w:eastAsia="ＭＳ 明朝" w:hAnsi="ＭＳ 明朝" w:cs="ＭＳ 明朝"/>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color w:val="17365D" w:themeColor="text2" w:themeShade="BF"/>
      <w:spacing w:val="5"/>
      <w:kern w:val="28"/>
      <w:sz w:val="52"/>
      <w:szCs w:val="52"/>
    </w:rPr>
  </w:style>
  <w:style w:type="character" w:customStyle="1" w:styleId="ab">
    <w:name w:val="表題 (文字)"/>
    <w:basedOn w:val="a2"/>
    <w:link w:val="aa"/>
    <w:uiPriority w:val="10"/>
    <w:rsid w:val="00FC693F"/>
    <w:rPr>
      <w:rFonts w:ascii="ＭＳ 明朝" w:eastAsia="ＭＳ 明朝" w:hAnsi="ＭＳ 明朝" w:cs="ＭＳ 明朝"/>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i/>
      <w:iCs/>
      <w:color w:val="4F81BD" w:themeColor="accent1"/>
      <w:spacing w:val="15"/>
      <w:sz w:val="24"/>
      <w:szCs w:val="24"/>
    </w:rPr>
  </w:style>
  <w:style w:type="character" w:customStyle="1" w:styleId="ad">
    <w:name w:val="副題 (文字)"/>
    <w:basedOn w:val="a2"/>
    <w:link w:val="ac"/>
    <w:uiPriority w:val="11"/>
    <w:rsid w:val="00FC693F"/>
    <w:rPr>
      <w:rFonts w:ascii="ＭＳ 明朝" w:eastAsia="ＭＳ 明朝" w:hAnsi="ＭＳ 明朝" w:cs="ＭＳ 明朝"/>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文字)"/>
    <w:basedOn w:val="a2"/>
    <w:link w:val="af"/>
    <w:uiPriority w:val="99"/>
    <w:rsid w:val="00AA1D8D"/>
    <w:rPr>
      <w:rFonts w:ascii="ＭＳ 明朝" w:eastAsia="ＭＳ 明朝" w:hAnsi="ＭＳ 明朝" w:cs="ＭＳ 明朝"/>
    </w:rPr>
  </w:style>
  <w:style w:type="paragraph" w:styleId="23">
    <w:name w:val="Body Text 2"/>
    <w:basedOn w:val="a1"/>
    <w:link w:val="24"/>
    <w:uiPriority w:val="99"/>
    <w:unhideWhenUsed/>
    <w:rsid w:val="00AA1D8D"/>
    <w:pPr>
      <w:spacing w:after="120" w:line="480" w:lineRule="auto"/>
    </w:pPr>
  </w:style>
  <w:style w:type="character" w:customStyle="1" w:styleId="24">
    <w:name w:val="本文 2 (文字)"/>
    <w:basedOn w:val="a2"/>
    <w:link w:val="23"/>
    <w:uiPriority w:val="99"/>
    <w:rsid w:val="00AA1D8D"/>
    <w:rPr>
      <w:rFonts w:ascii="ＭＳ 明朝" w:eastAsia="ＭＳ 明朝" w:hAnsi="ＭＳ 明朝" w:cs="ＭＳ 明朝"/>
    </w:rPr>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文字)"/>
    <w:basedOn w:val="a2"/>
    <w:link w:val="33"/>
    <w:uiPriority w:val="99"/>
    <w:rsid w:val="00AA1D8D"/>
    <w:rPr>
      <w:rFonts w:ascii="ＭＳ 明朝" w:eastAsia="ＭＳ 明朝" w:hAnsi="ＭＳ 明朝" w:cs="ＭＳ 明朝"/>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sz w:val="20"/>
      <w:szCs w:val="20"/>
    </w:rPr>
  </w:style>
  <w:style w:type="character" w:customStyle="1" w:styleId="af4">
    <w:name w:val="マクロ文字列 (文字)"/>
    <w:basedOn w:val="a2"/>
    <w:link w:val="af3"/>
    <w:uiPriority w:val="99"/>
    <w:rsid w:val="0029639D"/>
    <w:rPr>
      <w:rFonts w:ascii="ＭＳ 明朝" w:eastAsia="ＭＳ 明朝" w:hAnsi="ＭＳ 明朝" w:cs="ＭＳ 明朝"/>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文 (文字)"/>
    <w:basedOn w:val="a2"/>
    <w:link w:val="af5"/>
    <w:uiPriority w:val="29"/>
    <w:rsid w:val="00FC693F"/>
    <w:rPr>
      <w:rFonts w:ascii="ＭＳ 明朝" w:eastAsia="ＭＳ 明朝" w:hAnsi="ＭＳ 明朝" w:cs="ＭＳ 明朝"/>
      <w:i/>
      <w:iCs/>
      <w:color w:val="000000" w:themeColor="text1"/>
    </w:rPr>
  </w:style>
  <w:style w:type="character" w:customStyle="1" w:styleId="40">
    <w:name w:val="見出し 4 (文字)"/>
    <w:basedOn w:val="a2"/>
    <w:link w:val="4"/>
    <w:uiPriority w:val="9"/>
    <w:semiHidden/>
    <w:rsid w:val="00FC693F"/>
    <w:rPr>
      <w:rFonts w:ascii="ＭＳ 明朝" w:eastAsia="ＭＳ 明朝" w:hAnsi="ＭＳ 明朝" w:cs="ＭＳ 明朝"/>
      <w:b/>
      <w:bCs/>
      <w:i/>
      <w:iCs/>
      <w:color w:val="4F81BD" w:themeColor="accent1"/>
    </w:rPr>
  </w:style>
  <w:style w:type="character" w:customStyle="1" w:styleId="50">
    <w:name w:val="見出し 5 (文字)"/>
    <w:basedOn w:val="a2"/>
    <w:link w:val="5"/>
    <w:uiPriority w:val="9"/>
    <w:semiHidden/>
    <w:rsid w:val="00FC693F"/>
    <w:rPr>
      <w:rFonts w:ascii="ＭＳ 明朝" w:eastAsia="ＭＳ 明朝" w:hAnsi="ＭＳ 明朝" w:cs="ＭＳ 明朝"/>
      <w:color w:val="243F60" w:themeColor="accent1" w:themeShade="7F"/>
    </w:rPr>
  </w:style>
  <w:style w:type="character" w:customStyle="1" w:styleId="60">
    <w:name w:val="見出し 6 (文字)"/>
    <w:basedOn w:val="a2"/>
    <w:link w:val="6"/>
    <w:uiPriority w:val="9"/>
    <w:semiHidden/>
    <w:rsid w:val="00FC693F"/>
    <w:rPr>
      <w:rFonts w:ascii="ＭＳ 明朝" w:eastAsia="ＭＳ 明朝" w:hAnsi="ＭＳ 明朝" w:cs="ＭＳ 明朝"/>
      <w:i/>
      <w:iCs/>
      <w:color w:val="243F60" w:themeColor="accent1" w:themeShade="7F"/>
    </w:rPr>
  </w:style>
  <w:style w:type="character" w:customStyle="1" w:styleId="70">
    <w:name w:val="見出し 7 (文字)"/>
    <w:basedOn w:val="a2"/>
    <w:link w:val="7"/>
    <w:uiPriority w:val="9"/>
    <w:semiHidden/>
    <w:rsid w:val="00FC693F"/>
    <w:rPr>
      <w:rFonts w:ascii="ＭＳ 明朝" w:eastAsia="ＭＳ 明朝" w:hAnsi="ＭＳ 明朝" w:cs="ＭＳ 明朝"/>
      <w:i/>
      <w:iCs/>
      <w:color w:val="404040" w:themeColor="text1" w:themeTint="BF"/>
    </w:rPr>
  </w:style>
  <w:style w:type="character" w:customStyle="1" w:styleId="80">
    <w:name w:val="見出し 8 (文字)"/>
    <w:basedOn w:val="a2"/>
    <w:link w:val="8"/>
    <w:uiPriority w:val="9"/>
    <w:semiHidden/>
    <w:rsid w:val="00FC693F"/>
    <w:rPr>
      <w:rFonts w:ascii="ＭＳ 明朝" w:eastAsia="ＭＳ 明朝" w:hAnsi="ＭＳ 明朝" w:cs="ＭＳ 明朝"/>
      <w:color w:val="4F81BD" w:themeColor="accent1"/>
      <w:sz w:val="20"/>
      <w:szCs w:val="20"/>
    </w:rPr>
  </w:style>
  <w:style w:type="character" w:customStyle="1" w:styleId="90">
    <w:name w:val="見出し 9 (文字)"/>
    <w:basedOn w:val="a2"/>
    <w:link w:val="9"/>
    <w:uiPriority w:val="9"/>
    <w:semiHidden/>
    <w:rsid w:val="00FC693F"/>
    <w:rPr>
      <w:rFonts w:ascii="ＭＳ 明朝" w:eastAsia="ＭＳ 明朝" w:hAnsi="ＭＳ 明朝" w:cs="ＭＳ 明朝"/>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rFonts w:ascii="ＭＳ 明朝" w:eastAsia="ＭＳ 明朝" w:hAnsi="ＭＳ 明朝" w:cs="ＭＳ 明朝"/>
      <w:b/>
      <w:bCs/>
    </w:rPr>
  </w:style>
  <w:style w:type="character" w:styleId="af9">
    <w:name w:val="Emphasis"/>
    <w:basedOn w:val="a2"/>
    <w:uiPriority w:val="20"/>
    <w:qFormat/>
    <w:rsid w:val="00FC693F"/>
    <w:rPr>
      <w:rFonts w:ascii="ＭＳ 明朝" w:eastAsia="ＭＳ 明朝" w:hAnsi="ＭＳ 明朝" w:cs="ＭＳ 明朝"/>
      <w:i/>
      <w:iCs/>
    </w:rPr>
  </w:style>
  <w:style w:type="paragraph" w:styleId="27">
    <w:name w:val="Intense Quote"/>
    <w:basedOn w:val="a1"/>
    <w:next w:val="a1"/>
    <w:link w:val="28"/>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28">
    <w:name w:val="引用文 2 (文字)"/>
    <w:basedOn w:val="a2"/>
    <w:link w:val="27"/>
    <w:uiPriority w:val="30"/>
    <w:rsid w:val="00FC693F"/>
    <w:rPr>
      <w:rFonts w:ascii="ＭＳ 明朝" w:eastAsia="ＭＳ 明朝" w:hAnsi="ＭＳ 明朝" w:cs="ＭＳ 明朝"/>
      <w:b/>
      <w:bCs/>
      <w:i/>
      <w:iCs/>
      <w:color w:val="4F81BD" w:themeColor="accent1"/>
    </w:rPr>
  </w:style>
  <w:style w:type="character" w:styleId="afa">
    <w:name w:val="Subtle Emphasis"/>
    <w:basedOn w:val="a2"/>
    <w:uiPriority w:val="19"/>
    <w:qFormat/>
    <w:rsid w:val="00FC693F"/>
    <w:rPr>
      <w:rFonts w:ascii="ＭＳ 明朝" w:eastAsia="ＭＳ 明朝" w:hAnsi="ＭＳ 明朝" w:cs="ＭＳ 明朝"/>
      <w:i/>
      <w:iCs/>
      <w:color w:val="808080" w:themeColor="text1" w:themeTint="7F"/>
    </w:rPr>
  </w:style>
  <w:style w:type="character" w:styleId="29">
    <w:name w:val="Intense Emphasis"/>
    <w:basedOn w:val="a2"/>
    <w:uiPriority w:val="21"/>
    <w:qFormat/>
    <w:rsid w:val="00FC693F"/>
    <w:rPr>
      <w:rFonts w:ascii="ＭＳ 明朝" w:eastAsia="ＭＳ 明朝" w:hAnsi="ＭＳ 明朝" w:cs="ＭＳ 明朝"/>
      <w:b/>
      <w:bCs/>
      <w:i/>
      <w:iCs/>
      <w:color w:val="4F81BD" w:themeColor="accent1"/>
    </w:rPr>
  </w:style>
  <w:style w:type="character" w:styleId="afb">
    <w:name w:val="Subtle Reference"/>
    <w:basedOn w:val="a2"/>
    <w:uiPriority w:val="31"/>
    <w:qFormat/>
    <w:rsid w:val="00FC693F"/>
    <w:rPr>
      <w:rFonts w:ascii="ＭＳ 明朝" w:eastAsia="ＭＳ 明朝" w:hAnsi="ＭＳ 明朝" w:cs="ＭＳ 明朝"/>
      <w:smallCaps/>
      <w:color w:val="C0504D" w:themeColor="accent2"/>
      <w:u w:val="single"/>
    </w:rPr>
  </w:style>
  <w:style w:type="character" w:styleId="2a">
    <w:name w:val="Intense Reference"/>
    <w:basedOn w:val="a2"/>
    <w:uiPriority w:val="32"/>
    <w:qFormat/>
    <w:rsid w:val="00FC693F"/>
    <w:rPr>
      <w:rFonts w:ascii="ＭＳ 明朝" w:eastAsia="ＭＳ 明朝" w:hAnsi="ＭＳ 明朝" w:cs="ＭＳ 明朝"/>
      <w:b/>
      <w:bCs/>
      <w:smallCaps/>
      <w:color w:val="C0504D" w:themeColor="accent2"/>
      <w:spacing w:val="5"/>
      <w:u w:val="single"/>
    </w:rPr>
  </w:style>
  <w:style w:type="character" w:styleId="afc">
    <w:name w:val="Book Title"/>
    <w:basedOn w:val="a2"/>
    <w:uiPriority w:val="33"/>
    <w:qFormat/>
    <w:rsid w:val="00FC693F"/>
    <w:rPr>
      <w:rFonts w:ascii="ＭＳ 明朝" w:eastAsia="ＭＳ 明朝" w:hAnsi="ＭＳ 明朝" w:cs="ＭＳ 明朝"/>
      <w:b/>
      <w:bCs/>
      <w:smallCaps/>
      <w:spacing w:val="5"/>
    </w:rPr>
  </w:style>
  <w:style w:type="paragraph" w:styleId="afd">
    <w:name w:val="TOC Heading"/>
    <w:basedOn w:val="1"/>
    <w:next w:val="a1"/>
    <w:uiPriority w:val="39"/>
    <w:semiHidden/>
    <w:unhideWhenUsed/>
    <w:qFormat/>
    <w:rsid w:val="00FC693F"/>
    <w:pPr>
      <w:outlineLvl w:val="9"/>
    </w:pPr>
  </w:style>
  <w:style w:type="table" w:styleId="afe">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2">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13">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14">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15">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16">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17">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2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2c">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d">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2e">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2f">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2f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2f1">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37">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ＭＳ 明朝" w:eastAsia="ＭＳ 明朝" w:hAnsi="ＭＳ 明朝" w:cs="ＭＳ 明朝"/>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ＭＳ 明朝" w:eastAsia="ＭＳ 明朝" w:hAnsi="ＭＳ 明朝" w:cs="ＭＳ 明朝"/>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ＭＳ 明朝" w:eastAsia="ＭＳ 明朝" w:hAnsi="ＭＳ 明朝" w:cs="ＭＳ 明朝"/>
        <w:b/>
        <w:bCs/>
      </w:rPr>
    </w:tblStylePr>
    <w:tblStylePr w:type="lastCol">
      <w:rPr>
        <w:rFonts w:ascii="ＭＳ 明朝" w:eastAsia="ＭＳ 明朝" w:hAnsi="ＭＳ 明朝" w:cs="ＭＳ 明朝"/>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38">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ＭＳ 明朝" w:eastAsia="ＭＳ 明朝" w:hAnsi="ＭＳ 明朝" w:cs="ＭＳ 明朝"/>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ＭＳ 明朝" w:eastAsia="ＭＳ 明朝" w:hAnsi="ＭＳ 明朝" w:cs="ＭＳ 明朝"/>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ＭＳ 明朝" w:eastAsia="ＭＳ 明朝" w:hAnsi="ＭＳ 明朝" w:cs="ＭＳ 明朝"/>
        <w:b/>
        <w:bCs/>
      </w:rPr>
    </w:tblStylePr>
    <w:tblStylePr w:type="lastCol">
      <w:rPr>
        <w:rFonts w:ascii="ＭＳ 明朝" w:eastAsia="ＭＳ 明朝" w:hAnsi="ＭＳ 明朝" w:cs="ＭＳ 明朝"/>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39">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ＭＳ 明朝" w:eastAsia="ＭＳ 明朝" w:hAnsi="ＭＳ 明朝" w:cs="ＭＳ 明朝"/>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ＭＳ 明朝" w:eastAsia="ＭＳ 明朝" w:hAnsi="ＭＳ 明朝" w:cs="ＭＳ 明朝"/>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ＭＳ 明朝" w:eastAsia="ＭＳ 明朝" w:hAnsi="ＭＳ 明朝" w:cs="ＭＳ 明朝"/>
        <w:b/>
        <w:bCs/>
      </w:rPr>
    </w:tblStylePr>
    <w:tblStylePr w:type="lastCol">
      <w:rPr>
        <w:rFonts w:ascii="ＭＳ 明朝" w:eastAsia="ＭＳ 明朝" w:hAnsi="ＭＳ 明朝" w:cs="ＭＳ 明朝"/>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a">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ＭＳ 明朝" w:eastAsia="ＭＳ 明朝" w:hAnsi="ＭＳ 明朝" w:cs="ＭＳ 明朝"/>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ＭＳ 明朝" w:eastAsia="ＭＳ 明朝" w:hAnsi="ＭＳ 明朝" w:cs="ＭＳ 明朝"/>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ＭＳ 明朝" w:eastAsia="ＭＳ 明朝" w:hAnsi="ＭＳ 明朝" w:cs="ＭＳ 明朝"/>
        <w:b/>
        <w:bCs/>
      </w:rPr>
    </w:tblStylePr>
    <w:tblStylePr w:type="lastCol">
      <w:rPr>
        <w:rFonts w:ascii="ＭＳ 明朝" w:eastAsia="ＭＳ 明朝" w:hAnsi="ＭＳ 明朝" w:cs="ＭＳ 明朝"/>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3b">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ＭＳ 明朝" w:eastAsia="ＭＳ 明朝" w:hAnsi="ＭＳ 明朝" w:cs="ＭＳ 明朝"/>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ＭＳ 明朝" w:eastAsia="ＭＳ 明朝" w:hAnsi="ＭＳ 明朝" w:cs="ＭＳ 明朝"/>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ＭＳ 明朝" w:eastAsia="ＭＳ 明朝" w:hAnsi="ＭＳ 明朝" w:cs="ＭＳ 明朝"/>
        <w:b/>
        <w:bCs/>
      </w:rPr>
    </w:tblStylePr>
    <w:tblStylePr w:type="lastCol">
      <w:rPr>
        <w:rFonts w:ascii="ＭＳ 明朝" w:eastAsia="ＭＳ 明朝" w:hAnsi="ＭＳ 明朝" w:cs="ＭＳ 明朝"/>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3c">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ＭＳ 明朝" w:eastAsia="ＭＳ 明朝" w:hAnsi="ＭＳ 明朝" w:cs="ＭＳ 明朝"/>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ＭＳ 明朝" w:eastAsia="ＭＳ 明朝" w:hAnsi="ＭＳ 明朝" w:cs="ＭＳ 明朝"/>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ＭＳ 明朝" w:eastAsia="ＭＳ 明朝" w:hAnsi="ＭＳ 明朝" w:cs="ＭＳ 明朝"/>
        <w:b/>
        <w:bCs/>
      </w:rPr>
    </w:tblStylePr>
    <w:tblStylePr w:type="lastCol">
      <w:rPr>
        <w:rFonts w:ascii="ＭＳ 明朝" w:eastAsia="ＭＳ 明朝" w:hAnsi="ＭＳ 明朝" w:cs="ＭＳ 明朝"/>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3d">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ＭＳ 明朝" w:eastAsia="ＭＳ 明朝" w:hAnsi="ＭＳ 明朝" w:cs="ＭＳ 明朝"/>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ＭＳ 明朝" w:eastAsia="ＭＳ 明朝" w:hAnsi="ＭＳ 明朝" w:cs="ＭＳ 明朝"/>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ＭＳ 明朝" w:eastAsia="ＭＳ 明朝" w:hAnsi="ＭＳ 明朝" w:cs="ＭＳ 明朝"/>
        <w:b/>
        <w:bCs/>
      </w:rPr>
    </w:tblStylePr>
    <w:tblStylePr w:type="lastCol">
      <w:rPr>
        <w:rFonts w:ascii="ＭＳ 明朝" w:eastAsia="ＭＳ 明朝" w:hAnsi="ＭＳ 明朝" w:cs="ＭＳ 明朝"/>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4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42">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43">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44">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45">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46">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47">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51">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2">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3">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4">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5">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6">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57">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6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ＭＳ 明朝" w:eastAsia="ＭＳ 明朝" w:hAnsi="ＭＳ 明朝" w:cs="ＭＳ 明朝"/>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62">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ＭＳ 明朝" w:eastAsia="ＭＳ 明朝" w:hAnsi="ＭＳ 明朝" w:cs="ＭＳ 明朝"/>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63">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ＭＳ 明朝" w:eastAsia="ＭＳ 明朝" w:hAnsi="ＭＳ 明朝" w:cs="ＭＳ 明朝"/>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64">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ＭＳ 明朝" w:eastAsia="ＭＳ 明朝" w:hAnsi="ＭＳ 明朝" w:cs="ＭＳ 明朝"/>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65">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ＭＳ 明朝" w:eastAsia="ＭＳ 明朝" w:hAnsi="ＭＳ 明朝" w:cs="ＭＳ 明朝"/>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66">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ＭＳ 明朝" w:eastAsia="ＭＳ 明朝" w:hAnsi="ＭＳ 明朝" w:cs="ＭＳ 明朝"/>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67">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ＭＳ 明朝" w:eastAsia="ＭＳ 明朝" w:hAnsi="ＭＳ 明朝" w:cs="ＭＳ 明朝"/>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71">
    <w:name w:val="Medium List 2"/>
    <w:basedOn w:val="a3"/>
    <w:uiPriority w:val="66"/>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2">
    <w:name w:val="Medium List 2 Accent 1"/>
    <w:basedOn w:val="a3"/>
    <w:uiPriority w:val="66"/>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3">
    <w:name w:val="Medium List 2 Accent 2"/>
    <w:basedOn w:val="a3"/>
    <w:uiPriority w:val="66"/>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4">
    <w:name w:val="Medium List 2 Accent 3"/>
    <w:basedOn w:val="a3"/>
    <w:uiPriority w:val="66"/>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75">
    <w:name w:val="Medium List 2 Accent 4"/>
    <w:basedOn w:val="a3"/>
    <w:uiPriority w:val="66"/>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76">
    <w:name w:val="Medium List 2 Accent 5"/>
    <w:basedOn w:val="a3"/>
    <w:uiPriority w:val="66"/>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6"/>
    <w:basedOn w:val="a3"/>
    <w:uiPriority w:val="66"/>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82">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83">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4">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5">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6">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7">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a3"/>
    <w:uiPriority w:val="68"/>
    <w:rsid w:val="00CB0664"/>
    <w:pPr>
      <w:spacing w:after="0" w:line="240" w:lineRule="auto"/>
    </w:pPr>
    <w:rPr>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92">
    <w:name w:val="Medium Grid 2 Accent 1"/>
    <w:basedOn w:val="a3"/>
    <w:uiPriority w:val="68"/>
    <w:rsid w:val="00CB0664"/>
    <w:pPr>
      <w:spacing w:after="0" w:line="240" w:lineRule="auto"/>
    </w:pPr>
    <w:rPr>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93">
    <w:name w:val="Medium Grid 2 Accent 2"/>
    <w:basedOn w:val="a3"/>
    <w:uiPriority w:val="68"/>
    <w:rsid w:val="00CB0664"/>
    <w:pPr>
      <w:spacing w:after="0" w:line="240" w:lineRule="auto"/>
    </w:pPr>
    <w:rPr>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a3"/>
    <w:uiPriority w:val="68"/>
    <w:rsid w:val="00CB0664"/>
    <w:pPr>
      <w:spacing w:after="0" w:line="240" w:lineRule="auto"/>
    </w:pPr>
    <w:rPr>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a3"/>
    <w:uiPriority w:val="68"/>
    <w:rsid w:val="00CB0664"/>
    <w:pPr>
      <w:spacing w:after="0" w:line="240" w:lineRule="auto"/>
    </w:pPr>
    <w:rPr>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a3"/>
    <w:uiPriority w:val="68"/>
    <w:rsid w:val="00CB0664"/>
    <w:pPr>
      <w:spacing w:after="0" w:line="240" w:lineRule="auto"/>
    </w:pPr>
    <w:rPr>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a3"/>
    <w:uiPriority w:val="68"/>
    <w:rsid w:val="00CB0664"/>
    <w:pPr>
      <w:spacing w:after="0" w:line="240" w:lineRule="auto"/>
    </w:pPr>
    <w:rPr>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100">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10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10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10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10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10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10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110">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1">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11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113">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4">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5">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6">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120">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21">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122">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12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4">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125">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126">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130">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31">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32">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133">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3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35">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136">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14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41">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42">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43">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4">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4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46">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ff">
    <w:name w:val="応募本文"/>
    <w:pPr>
      <w:spacing w:after="80" w:line="264" w:lineRule="auto"/>
    </w:pPr>
    <w:rPr>
      <w:color w:val="000000"/>
      <w:sz w:val="24"/>
    </w:rPr>
  </w:style>
  <w:style w:type="paragraph" w:customStyle="1" w:styleId="aff0">
    <w:name w:val="応募見出し"/>
    <w:pPr>
      <w:spacing w:after="80" w:line="264" w:lineRule="auto"/>
      <w:jc w:val="center"/>
    </w:pPr>
    <w:rPr>
      <w:b/>
      <w:color w:val="000000"/>
      <w:sz w:val="28"/>
    </w:rPr>
  </w:style>
  <w:style w:type="paragraph" w:customStyle="1" w:styleId="aff1">
    <w:name w:val="応募番号"/>
    <w:pPr>
      <w:spacing w:after="80" w:line="264" w:lineRule="auto"/>
      <w:jc w:val="right"/>
    </w:pPr>
    <w:rPr>
      <w:color w:val="000000"/>
      <w:sz w:val="24"/>
    </w:rPr>
  </w:style>
  <w:style w:type="paragraph" w:customStyle="1" w:styleId="aff2">
    <w:name w:val="応募セル"/>
    <w:pPr>
      <w:spacing w:after="0" w:line="264" w:lineRule="auto"/>
    </w:pPr>
    <w:rPr>
      <w:color w:val="000000"/>
      <w:sz w:val="24"/>
    </w:rPr>
  </w:style>
  <w:style w:type="paragraph" w:styleId="aff3">
    <w:name w:val="Balloon Text"/>
    <w:basedOn w:val="a1"/>
    <w:link w:val="aff4"/>
    <w:uiPriority w:val="99"/>
    <w:semiHidden/>
    <w:unhideWhenUsed/>
    <w:rsid w:val="00D07C5D"/>
    <w:pPr>
      <w:spacing w:after="0" w:line="240" w:lineRule="auto"/>
    </w:pPr>
    <w:rPr>
      <w:rFonts w:asciiTheme="majorHAnsi" w:eastAsiaTheme="majorEastAsia" w:hAnsiTheme="majorHAnsi" w:cstheme="majorBidi"/>
      <w:sz w:val="18"/>
      <w:szCs w:val="18"/>
    </w:rPr>
  </w:style>
  <w:style w:type="character" w:customStyle="1" w:styleId="aff4">
    <w:name w:val="吹き出し (文字)"/>
    <w:basedOn w:val="a2"/>
    <w:link w:val="aff3"/>
    <w:uiPriority w:val="99"/>
    <w:semiHidden/>
    <w:rsid w:val="00D07C5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382097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DCF90A-EE41-48CC-A22E-023583BCDF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9</Pages>
  <Words>466</Words>
  <Characters>2658</Characters>
  <DocSecurity>0</DocSecurity>
  <Lines>22</Lines>
  <Paragraphs>6</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大館市フロントヤード改革伴走支援業務 応募様式</vt:lpstr>
      <vt:lpstr/>
    </vt:vector>
  </TitlesOfParts>
  <Manager/>
  <Company/>
  <LinksUpToDate>false</LinksUpToDate>
  <CharactersWithSpaces>3118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2026-10-22T01:47:00Z</cp:lastPrinted>
  <dcterms:created xsi:type="dcterms:W3CDTF">2026-10-22T00:19:00Z</dcterms:created>
  <dcterms:modified xsi:type="dcterms:W3CDTF">2026-10-22T10:37:00Z</dcterms:modified>
  <cp:category/>
</cp:coreProperties>
</file>