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EA3" w:rsidRPr="00292CDC" w:rsidRDefault="00A51866" w:rsidP="00D44099">
      <w:pPr>
        <w:pStyle w:val="aff1"/>
        <w:jc w:val="left"/>
        <w:rPr>
          <w:rFonts w:asciiTheme="minorEastAsia" w:eastAsiaTheme="minorEastAsia" w:hAnsiTheme="minorEastAsia"/>
          <w:color w:val="auto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lang w:eastAsia="ja-JP"/>
        </w:rPr>
        <w:t>応募様式第8号</w:t>
      </w:r>
    </w:p>
    <w:p w:rsidR="00D44099" w:rsidRPr="00292CDC" w:rsidRDefault="00D44099" w:rsidP="00D44099">
      <w:pPr>
        <w:ind w:leftChars="300" w:left="6900" w:hangingChars="2600" w:hanging="6240"/>
        <w:jc w:val="right"/>
        <w:rPr>
          <w:rFonts w:asciiTheme="minorEastAsia" w:eastAsiaTheme="minorEastAsia" w:hAnsiTheme="minorEastAsia"/>
          <w:sz w:val="24"/>
          <w:szCs w:val="24"/>
        </w:rPr>
      </w:pPr>
      <w:r w:rsidRPr="00292CDC">
        <w:rPr>
          <w:rFonts w:asciiTheme="minorEastAsia" w:eastAsiaTheme="minorEastAsia" w:hAnsiTheme="minorEastAsia"/>
          <w:sz w:val="24"/>
          <w:szCs w:val="24"/>
        </w:rPr>
        <w:t>令和　　年　　月　　日</w:t>
      </w:r>
    </w:p>
    <w:p w:rsidR="00D44099" w:rsidRPr="00292CDC" w:rsidRDefault="00D44099" w:rsidP="00D44099">
      <w:pPr>
        <w:rPr>
          <w:rFonts w:asciiTheme="minorEastAsia" w:eastAsiaTheme="minorEastAsia" w:hAnsiTheme="minorEastAsia"/>
          <w:sz w:val="24"/>
          <w:szCs w:val="24"/>
        </w:rPr>
      </w:pPr>
      <w:r w:rsidRPr="00292CDC">
        <w:rPr>
          <w:rFonts w:asciiTheme="minorEastAsia" w:eastAsiaTheme="minorEastAsia" w:hAnsiTheme="minorEastAsia"/>
          <w:sz w:val="24"/>
          <w:szCs w:val="24"/>
        </w:rPr>
        <w:t xml:space="preserve"> 大館市長  石 田  健 佑   様</w:t>
      </w:r>
      <w:r w:rsidRPr="00292CDC">
        <w:rPr>
          <w:rFonts w:asciiTheme="minorEastAsia" w:eastAsiaTheme="minorEastAsia" w:hAnsiTheme="minorEastAsia"/>
          <w:sz w:val="24"/>
          <w:szCs w:val="24"/>
        </w:rPr>
        <w:tab/>
      </w:r>
      <w:r w:rsidRPr="00292CDC">
        <w:rPr>
          <w:rFonts w:asciiTheme="minorEastAsia" w:eastAsiaTheme="minorEastAsia" w:hAnsiTheme="minorEastAsia"/>
          <w:sz w:val="24"/>
          <w:szCs w:val="24"/>
        </w:rPr>
        <w:tab/>
      </w:r>
      <w:r w:rsidRPr="00292CDC">
        <w:rPr>
          <w:rFonts w:asciiTheme="minorEastAsia" w:eastAsiaTheme="minorEastAsia" w:hAnsiTheme="minorEastAsia"/>
          <w:sz w:val="24"/>
          <w:szCs w:val="24"/>
        </w:rPr>
        <w:tab/>
      </w:r>
      <w:r w:rsidRPr="00292CDC">
        <w:rPr>
          <w:rFonts w:asciiTheme="minorEastAsia" w:eastAsiaTheme="minorEastAsia" w:hAnsiTheme="minorEastAsia"/>
          <w:sz w:val="24"/>
          <w:szCs w:val="24"/>
        </w:rPr>
        <w:tab/>
      </w:r>
      <w:r w:rsidRPr="00292CDC">
        <w:rPr>
          <w:rFonts w:asciiTheme="minorEastAsia" w:eastAsiaTheme="minorEastAsia" w:hAnsiTheme="minorEastAsia"/>
          <w:sz w:val="24"/>
          <w:szCs w:val="24"/>
        </w:rPr>
        <w:tab/>
      </w:r>
    </w:p>
    <w:p w:rsidR="00D44099" w:rsidRPr="00292CDC" w:rsidRDefault="00D44099" w:rsidP="00D44099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/>
          <w:color w:val="auto"/>
          <w:sz w:val="24"/>
          <w:szCs w:val="24"/>
        </w:rPr>
        <w:tab/>
      </w:r>
      <w:r w:rsidRPr="00292CDC">
        <w:rPr>
          <w:rFonts w:asciiTheme="minorEastAsia" w:eastAsiaTheme="minorEastAsia" w:hAnsiTheme="minorEastAsia" w:hint="eastAsia"/>
          <w:color w:val="auto"/>
          <w:sz w:val="24"/>
          <w:szCs w:val="24"/>
          <w:lang w:eastAsia="ja-JP"/>
        </w:rPr>
        <w:t xml:space="preserve">　　　　　　　　　　　　　　　　　</w:t>
      </w: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所在地</w:t>
      </w:r>
    </w:p>
    <w:p w:rsidR="00D44099" w:rsidRPr="00292CDC" w:rsidRDefault="00D44099" w:rsidP="00D44099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商号又は名称</w:t>
      </w:r>
    </w:p>
    <w:p w:rsidR="00D44099" w:rsidRPr="00292CDC" w:rsidRDefault="00D44099" w:rsidP="00D44099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 xml:space="preserve">代表者職氏名　　　　　　　　　　</w:t>
      </w:r>
    </w:p>
    <w:p w:rsidR="00EF3EA3" w:rsidRPr="00292CDC" w:rsidRDefault="00A51866">
      <w:pPr>
        <w:pStyle w:val="aff0"/>
        <w:rPr>
          <w:rFonts w:asciiTheme="minorEastAsia" w:eastAsiaTheme="minorEastAsia" w:hAnsiTheme="minorEastAsia"/>
          <w:color w:val="auto"/>
          <w:sz w:val="36"/>
          <w:szCs w:val="36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36"/>
          <w:szCs w:val="36"/>
          <w:lang w:eastAsia="ja-JP"/>
        </w:rPr>
        <w:t>質問書</w:t>
      </w:r>
    </w:p>
    <w:p w:rsidR="00A51866" w:rsidRPr="00292CDC" w:rsidRDefault="00A51866">
      <w:pPr>
        <w:pStyle w:val="aff"/>
        <w:spacing w:after="0" w:line="80" w:lineRule="exact"/>
        <w:jc w:val="right"/>
        <w:rPr>
          <w:rFonts w:asciiTheme="minorEastAsia" w:eastAsiaTheme="minorEastAsia" w:hAnsiTheme="minorEastAsia"/>
          <w:color w:val="auto"/>
        </w:rPr>
      </w:pP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292CDC" w:rsidRPr="00292CDC">
        <w:trPr>
          <w:cantSplit/>
          <w:trHeight w:val="567"/>
          <w:tblHeader/>
          <w:jc w:val="center"/>
        </w:trPr>
        <w:tc>
          <w:tcPr>
            <w:tcW w:w="2551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項</w:t>
            </w:r>
            <w:r w:rsidR="007218B7" w:rsidRPr="00292CDC">
              <w:rPr>
                <w:rFonts w:asciiTheme="minorEastAsia" w:eastAsiaTheme="minorEastAsia" w:hAnsiTheme="minorEastAsia" w:hint="eastAsia"/>
                <w:b/>
                <w:color w:val="auto"/>
                <w:lang w:eastAsia="ja-JP"/>
              </w:rPr>
              <w:t xml:space="preserve">　</w:t>
            </w: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目</w:t>
            </w:r>
          </w:p>
        </w:tc>
        <w:tc>
          <w:tcPr>
            <w:tcW w:w="7087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記入欄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担当部署・担当者名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D44099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電話番号</w:t>
            </w:r>
            <w:r w:rsidRPr="00292CDC">
              <w:rPr>
                <w:rFonts w:asciiTheme="minorEastAsia" w:eastAsiaTheme="minorEastAsia" w:hAnsiTheme="minorEastAsia" w:hint="eastAsia"/>
                <w:color w:val="auto"/>
                <w:lang w:eastAsia="ja-JP"/>
              </w:rPr>
              <w:t>・ＦＡＸ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F3EA3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電子メールアドレス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6B21B1" w:rsidRPr="00292CDC" w:rsidRDefault="006B21B1">
      <w:pPr>
        <w:pStyle w:val="aff"/>
        <w:spacing w:after="0" w:line="80" w:lineRule="exact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</w:p>
    <w:p w:rsidR="00EF3EA3" w:rsidRPr="00292CDC" w:rsidRDefault="00D44099">
      <w:pPr>
        <w:pStyle w:val="aff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  <w:r w:rsidRPr="00292CDC">
        <w:rPr>
          <w:rFonts w:asciiTheme="minorEastAsia" w:eastAsiaTheme="minorEastAsia" w:hAnsiTheme="minorEastAsia" w:hint="eastAsia"/>
          <w:color w:val="auto"/>
          <w:lang w:eastAsia="ja-JP"/>
        </w:rPr>
        <w:t>大館市フロントヤード改革伴走支援業務</w:t>
      </w:r>
      <w:r w:rsidR="00A51866" w:rsidRPr="00292CDC">
        <w:rPr>
          <w:rFonts w:asciiTheme="minorEastAsia" w:eastAsiaTheme="minorEastAsia" w:hAnsiTheme="minorEastAsia"/>
          <w:color w:val="auto"/>
          <w:lang w:eastAsia="ja-JP"/>
        </w:rPr>
        <w:t>のプロポーザルに関する質問を、次のとおり提出します。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3118"/>
        <w:gridCol w:w="5669"/>
      </w:tblGrid>
      <w:tr w:rsidR="00292CDC" w:rsidRPr="00292CDC">
        <w:trPr>
          <w:cantSplit/>
          <w:trHeight w:val="737"/>
          <w:tblHeader/>
          <w:jc w:val="center"/>
        </w:trPr>
        <w:tc>
          <w:tcPr>
            <w:tcW w:w="850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番号</w:t>
            </w:r>
          </w:p>
        </w:tc>
        <w:tc>
          <w:tcPr>
            <w:tcW w:w="3118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  <w:lang w:eastAsia="ja-JP"/>
              </w:rPr>
              <w:t>資料名・ページ・項目</w:t>
            </w:r>
          </w:p>
        </w:tc>
        <w:tc>
          <w:tcPr>
            <w:tcW w:w="5669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質問内容</w:t>
            </w:r>
          </w:p>
        </w:tc>
      </w:tr>
      <w:tr w:rsidR="00292CDC" w:rsidRPr="00292CDC" w:rsidTr="00D44099">
        <w:trPr>
          <w:cantSplit/>
          <w:trHeight w:val="1247"/>
          <w:jc w:val="center"/>
        </w:trPr>
        <w:tc>
          <w:tcPr>
            <w:tcW w:w="850" w:type="dxa"/>
            <w:vAlign w:val="center"/>
          </w:tcPr>
          <w:p w:rsidR="00EF3EA3" w:rsidRPr="00292CDC" w:rsidRDefault="00A51866" w:rsidP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1</w:t>
            </w:r>
          </w:p>
        </w:tc>
        <w:tc>
          <w:tcPr>
            <w:tcW w:w="3118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5669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D44099">
        <w:trPr>
          <w:cantSplit/>
          <w:trHeight w:val="1247"/>
          <w:jc w:val="center"/>
        </w:trPr>
        <w:tc>
          <w:tcPr>
            <w:tcW w:w="850" w:type="dxa"/>
            <w:vAlign w:val="center"/>
          </w:tcPr>
          <w:p w:rsidR="00EF3EA3" w:rsidRPr="00292CDC" w:rsidRDefault="00A51866" w:rsidP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2</w:t>
            </w:r>
          </w:p>
        </w:tc>
        <w:tc>
          <w:tcPr>
            <w:tcW w:w="3118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5669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D44099">
        <w:trPr>
          <w:cantSplit/>
          <w:trHeight w:val="1247"/>
          <w:jc w:val="center"/>
        </w:trPr>
        <w:tc>
          <w:tcPr>
            <w:tcW w:w="850" w:type="dxa"/>
            <w:vAlign w:val="center"/>
          </w:tcPr>
          <w:p w:rsidR="00EF3EA3" w:rsidRPr="00292CDC" w:rsidRDefault="00A51866" w:rsidP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3</w:t>
            </w:r>
          </w:p>
        </w:tc>
        <w:tc>
          <w:tcPr>
            <w:tcW w:w="3118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5669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EF3EA3" w:rsidRPr="00292CDC" w:rsidRDefault="00A51866" w:rsidP="006B21B1">
      <w:pPr>
        <w:pStyle w:val="aff"/>
        <w:ind w:leftChars="100" w:left="220"/>
        <w:rPr>
          <w:rFonts w:asciiTheme="minorEastAsia" w:eastAsiaTheme="minorEastAsia" w:hAnsiTheme="minorEastAsia"/>
          <w:color w:val="auto"/>
          <w:sz w:val="22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質問書は、受付期限日の午後4時30分までに、実施要綱</w:t>
      </w:r>
      <w:r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「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15.問い合わせ先</w:t>
      </w:r>
      <w:r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」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の電子メールアドレスへ到達するよう送付し、送信後は電話で受領を確認してください。質問が多い場合は、行又はページを追加できます。</w:t>
      </w:r>
    </w:p>
    <w:p w:rsidR="00155E9E" w:rsidRPr="00292CDC" w:rsidRDefault="00155E9E">
      <w:pPr>
        <w:spacing w:after="0" w:line="80" w:lineRule="exact"/>
        <w:rPr>
          <w:rFonts w:asciiTheme="minorEastAsia" w:eastAsiaTheme="minorEastAsia" w:hAnsiTheme="minorEastAsia"/>
          <w:sz w:val="24"/>
          <w:lang w:eastAsia="ja-JP"/>
        </w:rPr>
      </w:pPr>
    </w:p>
    <w:sectPr w:rsidR="00EF3EA3" w:rsidRPr="00292CD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1B1" w:rsidRDefault="006B21B1" w:rsidP="006B21B1">
      <w:pPr>
        <w:spacing w:after="0" w:line="240" w:lineRule="auto"/>
      </w:pPr>
      <w:r>
        <w:separator/>
      </w:r>
    </w:p>
  </w:endnote>
  <w:end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1B1" w:rsidRDefault="006B21B1" w:rsidP="006B21B1">
      <w:pPr>
        <w:spacing w:after="0" w:line="240" w:lineRule="auto"/>
      </w:pPr>
      <w:r>
        <w:separator/>
      </w:r>
    </w:p>
  </w:footnote>
  <w:foot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ＭＳ 明朝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ＭＳ 明朝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ＭＳ 明朝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F3F"/>
    <w:rsid w:val="0006063C"/>
    <w:rsid w:val="000776B9"/>
    <w:rsid w:val="000C0CAE"/>
    <w:rsid w:val="000F717B"/>
    <w:rsid w:val="001336AB"/>
    <w:rsid w:val="0015074B"/>
    <w:rsid w:val="00155E9E"/>
    <w:rsid w:val="001F7CEE"/>
    <w:rsid w:val="00292CDC"/>
    <w:rsid w:val="0029639D"/>
    <w:rsid w:val="002D40C1"/>
    <w:rsid w:val="00326F90"/>
    <w:rsid w:val="003D705B"/>
    <w:rsid w:val="00412EC2"/>
    <w:rsid w:val="00427493"/>
    <w:rsid w:val="00623A7E"/>
    <w:rsid w:val="006B21B1"/>
    <w:rsid w:val="006E37D3"/>
    <w:rsid w:val="007218B7"/>
    <w:rsid w:val="0079395C"/>
    <w:rsid w:val="00925668"/>
    <w:rsid w:val="00957AD2"/>
    <w:rsid w:val="00A51866"/>
    <w:rsid w:val="00AA1D8D"/>
    <w:rsid w:val="00AB4813"/>
    <w:rsid w:val="00B02DF0"/>
    <w:rsid w:val="00B150E6"/>
    <w:rsid w:val="00B47730"/>
    <w:rsid w:val="00BE743D"/>
    <w:rsid w:val="00CB0664"/>
    <w:rsid w:val="00D07C5D"/>
    <w:rsid w:val="00D44099"/>
    <w:rsid w:val="00D4777D"/>
    <w:rsid w:val="00D715FD"/>
    <w:rsid w:val="00E7539A"/>
    <w:rsid w:val="00EF3EA3"/>
    <w:rsid w:val="00FB78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docId w15:val="{51C7E698-70F2-4AE8-9417-D9EC8157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  <w:rPr>
      <w:rFonts w:ascii="ＭＳ 明朝" w:eastAsia="ＭＳ 明朝" w:hAnsi="ＭＳ 明朝" w:cs="ＭＳ 明朝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  <w:rPr>
      <w:rFonts w:ascii="ＭＳ 明朝" w:eastAsia="ＭＳ 明朝" w:hAnsi="ＭＳ 明朝" w:cs="ＭＳ 明朝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="ＭＳ 明朝" w:eastAsia="ＭＳ 明朝" w:hAnsi="ＭＳ 明朝" w:cs="ＭＳ 明朝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ＭＳ 明朝" w:eastAsia="ＭＳ 明朝" w:hAnsi="ＭＳ 明朝" w:cs="ＭＳ 明朝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ＭＳ 明朝" w:eastAsia="ＭＳ 明朝" w:hAnsi="ＭＳ 明朝" w:cs="ＭＳ 明朝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ＭＳ 明朝" w:eastAsia="ＭＳ 明朝" w:hAnsi="ＭＳ 明朝" w:cs="ＭＳ 明朝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ＭＳ 明朝" w:eastAsia="ＭＳ 明朝" w:hAnsi="ＭＳ 明朝" w:cs="ＭＳ 明朝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ＭＳ 明朝" w:eastAsia="ＭＳ 明朝" w:hAnsi="ＭＳ 明朝" w:cs="ＭＳ 明朝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ＭＳ 明朝" w:eastAsia="ＭＳ 明朝" w:hAnsi="ＭＳ 明朝" w:cs="ＭＳ 明朝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ＭＳ 明朝" w:eastAsia="ＭＳ 明朝" w:hAnsi="ＭＳ 明朝" w:cs="ＭＳ 明朝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ＭＳ 明朝" w:eastAsia="ＭＳ 明朝" w:hAnsi="ＭＳ 明朝" w:cs="ＭＳ 明朝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ＭＳ 明朝" w:eastAsia="ＭＳ 明朝" w:hAnsi="ＭＳ 明朝" w:cs="ＭＳ 明朝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ＭＳ 明朝" w:eastAsia="ＭＳ 明朝" w:hAnsi="ＭＳ 明朝" w:cs="ＭＳ 明朝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ＭＳ 明朝" w:eastAsia="ＭＳ 明朝" w:hAnsi="ＭＳ 明朝" w:cs="ＭＳ 明朝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ＭＳ 明朝" w:eastAsia="ＭＳ 明朝" w:hAnsi="ＭＳ 明朝" w:cs="ＭＳ 明朝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ＭＳ 明朝" w:eastAsia="ＭＳ 明朝" w:hAnsi="ＭＳ 明朝" w:cs="ＭＳ 明朝"/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">
    <w:name w:val="応募本文"/>
    <w:pPr>
      <w:spacing w:after="80" w:line="264" w:lineRule="auto"/>
    </w:pPr>
    <w:rPr>
      <w:color w:val="000000"/>
      <w:sz w:val="24"/>
    </w:rPr>
  </w:style>
  <w:style w:type="paragraph" w:customStyle="1" w:styleId="aff0">
    <w:name w:val="応募見出し"/>
    <w:pPr>
      <w:spacing w:after="80" w:line="264" w:lineRule="auto"/>
      <w:jc w:val="center"/>
    </w:pPr>
    <w:rPr>
      <w:b/>
      <w:color w:val="000000"/>
      <w:sz w:val="28"/>
    </w:rPr>
  </w:style>
  <w:style w:type="paragraph" w:customStyle="1" w:styleId="aff1">
    <w:name w:val="応募番号"/>
    <w:pPr>
      <w:spacing w:after="80" w:line="264" w:lineRule="auto"/>
      <w:jc w:val="right"/>
    </w:pPr>
    <w:rPr>
      <w:color w:val="000000"/>
      <w:sz w:val="24"/>
    </w:rPr>
  </w:style>
  <w:style w:type="paragraph" w:customStyle="1" w:styleId="aff2">
    <w:name w:val="応募セル"/>
    <w:pPr>
      <w:spacing w:after="0" w:line="264" w:lineRule="auto"/>
    </w:pPr>
    <w:rPr>
      <w:color w:val="000000"/>
      <w:sz w:val="24"/>
    </w:rPr>
  </w:style>
  <w:style w:type="paragraph" w:styleId="aff3">
    <w:name w:val="Balloon Text"/>
    <w:basedOn w:val="a1"/>
    <w:link w:val="aff4"/>
    <w:uiPriority w:val="99"/>
    <w:semiHidden/>
    <w:unhideWhenUsed/>
    <w:rsid w:val="00D07C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2"/>
    <w:link w:val="aff3"/>
    <w:uiPriority w:val="99"/>
    <w:semiHidden/>
    <w:rsid w:val="00D07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DCF90A-EE41-48CC-A22E-023583BC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466</Words>
  <Characters>2658</Characters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大館市フロントヤード改革伴走支援業務 応募様式</vt:lpstr>
      <vt:lpstr/>
    </vt:vector>
  </TitlesOfParts>
  <Manager/>
  <Company/>
  <LinksUpToDate>false</LinksUpToDate>
  <CharactersWithSpaces>3118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2026-10-22T01:47:00Z</cp:lastPrinted>
  <dcterms:created xsi:type="dcterms:W3CDTF">2026-10-22T00:19:00Z</dcterms:created>
  <dcterms:modified xsi:type="dcterms:W3CDTF">2026-10-22T10:37:00Z</dcterms:modified>
  <cp:category/>
</cp:coreProperties>
</file>