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D44099">
      <w:pPr>
        <w:pStyle w:val="aff1"/>
        <w:jc w:val="left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lang w:eastAsia="ja-JP"/>
        </w:rPr>
        <w:t>応募様式第9号</w:t>
      </w:r>
    </w:p>
    <w:p w:rsidR="00D44099" w:rsidRPr="00292CDC" w:rsidRDefault="00D44099" w:rsidP="00D44099">
      <w:pPr>
        <w:ind w:leftChars="300" w:left="6900" w:hangingChars="2600" w:hanging="6240"/>
        <w:jc w:val="right"/>
        <w:rPr>
          <w:rFonts w:asciiTheme="minorEastAsia" w:eastAsiaTheme="minorEastAsia" w:hAnsiTheme="minorEastAsia"/>
          <w:sz w:val="24"/>
          <w:szCs w:val="24"/>
        </w:rPr>
      </w:pPr>
      <w:r w:rsidRPr="00292CDC">
        <w:rPr>
          <w:rFonts w:asciiTheme="minorEastAsia" w:eastAsiaTheme="minorEastAsia" w:hAnsiTheme="minorEastAsia"/>
          <w:sz w:val="24"/>
          <w:szCs w:val="24"/>
        </w:rPr>
        <w:t>令和　　年　　月　　日</w:t>
      </w:r>
    </w:p>
    <w:p w:rsidR="00D44099" w:rsidRPr="00292CDC" w:rsidRDefault="00D44099" w:rsidP="00D44099">
      <w:pPr>
        <w:rPr>
          <w:rFonts w:asciiTheme="minorEastAsia" w:eastAsiaTheme="minorEastAsia" w:hAnsiTheme="minorEastAsia"/>
          <w:sz w:val="24"/>
          <w:szCs w:val="24"/>
        </w:rPr>
      </w:pPr>
      <w:r w:rsidRPr="00292CDC">
        <w:rPr>
          <w:rFonts w:asciiTheme="minorEastAsia" w:eastAsiaTheme="minorEastAsia" w:hAnsiTheme="minorEastAsia"/>
          <w:sz w:val="24"/>
          <w:szCs w:val="24"/>
        </w:rPr>
        <w:t xml:space="preserve"> 大館市長  石 田  健 佑   様</w:t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  <w:r w:rsidRPr="00292CDC">
        <w:rPr>
          <w:rFonts w:asciiTheme="minorEastAsia" w:eastAsiaTheme="minorEastAsia" w:hAnsiTheme="minorEastAsia"/>
          <w:sz w:val="24"/>
          <w:szCs w:val="24"/>
        </w:rPr>
        <w:tab/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color w:val="auto"/>
          <w:sz w:val="24"/>
          <w:szCs w:val="24"/>
        </w:rPr>
        <w:tab/>
      </w:r>
      <w:r w:rsidRPr="00292CDC">
        <w:rPr>
          <w:rFonts w:asciiTheme="minorEastAsia" w:eastAsiaTheme="minorEastAsia" w:hAnsiTheme="minorEastAsia" w:hint="eastAsia"/>
          <w:color w:val="auto"/>
          <w:sz w:val="24"/>
          <w:szCs w:val="24"/>
          <w:lang w:eastAsia="ja-JP"/>
        </w:rPr>
        <w:t xml:space="preserve">　　　　　　　　　　　　　　　　　</w:t>
      </w: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D44099" w:rsidRPr="00292CDC" w:rsidRDefault="00D44099" w:rsidP="00D44099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代表者職氏名　</w:t>
      </w:r>
      <w:r w:rsidR="00957AD2"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　　　　　　　　㊞</w:t>
      </w:r>
    </w:p>
    <w:p w:rsidR="00D44099" w:rsidRPr="00292CDC" w:rsidRDefault="00D44099" w:rsidP="00D44099">
      <w:pPr>
        <w:pStyle w:val="aff1"/>
        <w:spacing w:after="0" w:line="80" w:lineRule="exact"/>
        <w:jc w:val="lef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36"/>
          <w:lang w:eastAsia="ja-JP"/>
        </w:rPr>
        <w:t>辞退届</w:t>
      </w:r>
    </w:p>
    <w:p w:rsidR="00A51866" w:rsidRPr="00292CDC" w:rsidRDefault="00A51866">
      <w:pPr>
        <w:pStyle w:val="aff"/>
        <w:spacing w:after="0" w:line="80" w:lineRule="exact"/>
        <w:jc w:val="center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D44099">
      <w:pPr>
        <w:pStyle w:val="aff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 w:hint="eastAsia"/>
          <w:color w:val="auto"/>
          <w:lang w:eastAsia="ja-JP"/>
        </w:rPr>
        <w:t>大館市フロントヤード改革伴走支援業務</w:t>
      </w:r>
      <w:r w:rsidRPr="00292CDC">
        <w:rPr>
          <w:rFonts w:asciiTheme="minorEastAsia" w:eastAsiaTheme="minorEastAsia" w:hAnsiTheme="minorEastAsia"/>
          <w:color w:val="auto"/>
          <w:lang w:eastAsia="ja-JP"/>
        </w:rPr>
        <w:t>のプロポーザル</w:t>
      </w:r>
      <w:r w:rsidR="00A51866" w:rsidRPr="00292CDC">
        <w:rPr>
          <w:rFonts w:asciiTheme="minorEastAsia" w:eastAsiaTheme="minorEastAsia" w:hAnsiTheme="minorEastAsia"/>
          <w:color w:val="auto"/>
          <w:lang w:eastAsia="ja-JP"/>
        </w:rPr>
        <w:t>について、参加を辞退します。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292CDC" w:rsidRPr="00292CDC">
        <w:trPr>
          <w:cantSplit/>
          <w:trHeight w:val="567"/>
          <w:tblHeader/>
          <w:jc w:val="center"/>
        </w:trPr>
        <w:tc>
          <w:tcPr>
            <w:tcW w:w="2551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D44099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7087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参加申込書の提出日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</w:rPr>
              <w:t>担当部署・担当者名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電話番号</w:t>
            </w:r>
            <w:proofErr w:type="spellEnd"/>
            <w:r w:rsidR="00D44099" w:rsidRPr="00292CDC">
              <w:rPr>
                <w:rFonts w:asciiTheme="minorEastAsia" w:eastAsiaTheme="minorEastAsia" w:hAnsiTheme="minorEastAsia" w:hint="eastAsia"/>
                <w:color w:val="auto"/>
                <w:lang w:eastAsia="ja-JP"/>
              </w:rPr>
              <w:t>・ＦＡＸ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</w:rPr>
              <w:t>電子メールアドレス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tblHeader/>
          <w:jc w:val="center"/>
        </w:trPr>
        <w:tc>
          <w:tcPr>
            <w:tcW w:w="9638" w:type="dxa"/>
            <w:gridSpan w:val="2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辞退理由（任意）</w:t>
            </w:r>
          </w:p>
        </w:tc>
      </w:tr>
      <w:tr w:rsidR="00292CDC" w:rsidRPr="00292CDC" w:rsidTr="00155E9E">
        <w:trPr>
          <w:cantSplit/>
          <w:trHeight w:val="3515"/>
          <w:jc w:val="center"/>
        </w:trPr>
        <w:tc>
          <w:tcPr>
            <w:tcW w:w="9638" w:type="dxa"/>
            <w:gridSpan w:val="2"/>
          </w:tcPr>
          <w:p w:rsidR="00EF3EA3" w:rsidRPr="00292CDC" w:rsidRDefault="00EF3EA3" w:rsidP="00155E9E">
            <w:pPr>
              <w:pStyle w:val="aff2"/>
              <w:jc w:val="both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>
      <w:pPr>
        <w:pStyle w:val="aff"/>
        <w:ind w:firstLineChars="100" w:firstLine="240"/>
        <w:rPr>
          <w:rFonts w:asciiTheme="minorEastAsia" w:eastAsiaTheme="minorEastAsia" w:hAnsiTheme="minorEastAsia"/>
          <w:color w:val="auto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lang w:eastAsia="ja-JP"/>
        </w:rPr>
        <w:t>参加申込後に辞退する場合は、企画提案書等の提出期限日の午後4時30分までに、実施要綱「5.提出書類について」に定める方法により、紙1部及び電子データ（PDF）を提出してください。</w:t>
      </w: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